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0481FB" w14:textId="77777777" w:rsidR="006A5CF0" w:rsidRPr="00044620" w:rsidRDefault="001B4046">
      <w:pPr>
        <w:jc w:val="center"/>
        <w:rPr>
          <w:lang w:val="es-CO"/>
        </w:rPr>
      </w:pPr>
      <w:r w:rsidRPr="00044620">
        <w:rPr>
          <w:rFonts w:ascii="Aptos Display" w:hAnsi="Aptos Display"/>
          <w:b/>
          <w:sz w:val="40"/>
          <w:lang w:val="es-CO"/>
        </w:rPr>
        <w:t>FORMATO DE INFORME FINAL</w:t>
      </w:r>
    </w:p>
    <w:p w14:paraId="2BFB5586" w14:textId="77777777" w:rsidR="006A5CF0" w:rsidRPr="00044620" w:rsidRDefault="001B4046">
      <w:pPr>
        <w:jc w:val="center"/>
        <w:rPr>
          <w:lang w:val="es-CO"/>
        </w:rPr>
      </w:pPr>
      <w:r w:rsidRPr="00044620">
        <w:rPr>
          <w:b/>
          <w:sz w:val="28"/>
          <w:lang w:val="es-CO"/>
        </w:rPr>
        <w:t>Convocatoria de Estímulos 2026</w:t>
      </w:r>
    </w:p>
    <w:p w14:paraId="640CB943" w14:textId="77777777" w:rsidR="006A5CF0" w:rsidRPr="00044620" w:rsidRDefault="001B4046">
      <w:pPr>
        <w:jc w:val="center"/>
        <w:rPr>
          <w:lang w:val="es-CO"/>
        </w:rPr>
      </w:pPr>
      <w:r w:rsidRPr="00044620">
        <w:rPr>
          <w:sz w:val="21"/>
          <w:lang w:val="es-CO"/>
        </w:rPr>
        <w:t>Convocatoria para el Fortalecimiento del Sector Fílmico, Audiovisual y Medios Interactivos de Cartagena</w:t>
      </w:r>
    </w:p>
    <w:p w14:paraId="572C3966" w14:textId="77777777" w:rsidR="006A5CF0" w:rsidRPr="00044620" w:rsidRDefault="006A5CF0">
      <w:pPr>
        <w:rPr>
          <w:lang w:val="es-CO"/>
        </w:rPr>
      </w:pPr>
    </w:p>
    <w:p w14:paraId="56A2D3C6" w14:textId="77777777" w:rsidR="006A5CF0" w:rsidRPr="00044620" w:rsidRDefault="001B4046">
      <w:pPr>
        <w:jc w:val="center"/>
        <w:rPr>
          <w:lang w:val="es-CO"/>
        </w:rPr>
      </w:pPr>
      <w:r w:rsidRPr="00044620">
        <w:rPr>
          <w:i/>
          <w:sz w:val="18"/>
          <w:lang w:val="es-CO"/>
        </w:rPr>
        <w:t>Documento editable para diligenciamiento por el beneficiario y revisión del supervisor del IPCC</w:t>
      </w:r>
    </w:p>
    <w:p w14:paraId="70CE60AF" w14:textId="67DD1FF8" w:rsidR="006A5CF0" w:rsidRDefault="001B4046" w:rsidP="00863B0E">
      <w:r w:rsidRPr="00044620">
        <w:rPr>
          <w:lang w:val="es-CO"/>
        </w:rPr>
        <w:br w:type="page"/>
      </w:r>
      <w:r>
        <w:lastRenderedPageBreak/>
        <w:t>1. Información general del beneficiario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4896"/>
        <w:gridCol w:w="4896"/>
      </w:tblGrid>
      <w:tr w:rsidR="006A5CF0" w14:paraId="7D5A8006" w14:textId="77777777">
        <w:trPr>
          <w:jc w:val="center"/>
        </w:trPr>
        <w:tc>
          <w:tcPr>
            <w:tcW w:w="4896" w:type="dxa"/>
            <w:shd w:val="clear" w:color="auto" w:fill="D9E2F3"/>
            <w:vAlign w:val="center"/>
          </w:tcPr>
          <w:p w14:paraId="38601FEC" w14:textId="77777777" w:rsidR="006A5CF0" w:rsidRDefault="001B4046">
            <w:pPr>
              <w:spacing w:after="0"/>
            </w:pPr>
            <w:r>
              <w:rPr>
                <w:b/>
                <w:sz w:val="16"/>
              </w:rPr>
              <w:t>Campo</w:t>
            </w:r>
          </w:p>
        </w:tc>
        <w:tc>
          <w:tcPr>
            <w:tcW w:w="4896" w:type="dxa"/>
            <w:shd w:val="clear" w:color="auto" w:fill="D9E2F3"/>
            <w:vAlign w:val="center"/>
          </w:tcPr>
          <w:p w14:paraId="5AB56E6F" w14:textId="77777777" w:rsidR="006A5CF0" w:rsidRDefault="001B4046">
            <w:pPr>
              <w:spacing w:after="0"/>
            </w:pPr>
            <w:r>
              <w:rPr>
                <w:b/>
                <w:sz w:val="16"/>
              </w:rPr>
              <w:t>Información a diligenciar</w:t>
            </w:r>
          </w:p>
        </w:tc>
      </w:tr>
      <w:tr w:rsidR="006A5CF0" w:rsidRPr="00044620" w14:paraId="64E91BCD" w14:textId="77777777" w:rsidTr="00863B0E">
        <w:trPr>
          <w:trHeight w:val="397"/>
          <w:jc w:val="center"/>
        </w:trPr>
        <w:tc>
          <w:tcPr>
            <w:tcW w:w="4896" w:type="dxa"/>
            <w:vAlign w:val="center"/>
          </w:tcPr>
          <w:p w14:paraId="13EE4F02" w14:textId="77777777" w:rsidR="006A5CF0" w:rsidRPr="00044620" w:rsidRDefault="001B4046">
            <w:pPr>
              <w:spacing w:after="0"/>
              <w:rPr>
                <w:lang w:val="es-CO"/>
              </w:rPr>
            </w:pPr>
            <w:r w:rsidRPr="00044620">
              <w:rPr>
                <w:sz w:val="16"/>
                <w:lang w:val="es-CO"/>
              </w:rPr>
              <w:t>Nombre del beneficiario (persona natural, grupo constituido o persona jurídica)</w:t>
            </w:r>
          </w:p>
        </w:tc>
        <w:tc>
          <w:tcPr>
            <w:tcW w:w="4896" w:type="dxa"/>
            <w:vAlign w:val="center"/>
          </w:tcPr>
          <w:p w14:paraId="3859B7B3" w14:textId="77777777" w:rsidR="006A5CF0" w:rsidRPr="00044620" w:rsidRDefault="006A5CF0">
            <w:pPr>
              <w:spacing w:after="0"/>
              <w:rPr>
                <w:lang w:val="es-CO"/>
              </w:rPr>
            </w:pPr>
          </w:p>
        </w:tc>
      </w:tr>
      <w:tr w:rsidR="006A5CF0" w14:paraId="26DC024B" w14:textId="77777777" w:rsidTr="00863B0E">
        <w:trPr>
          <w:trHeight w:val="397"/>
          <w:jc w:val="center"/>
        </w:trPr>
        <w:tc>
          <w:tcPr>
            <w:tcW w:w="4896" w:type="dxa"/>
            <w:vAlign w:val="center"/>
          </w:tcPr>
          <w:p w14:paraId="5DDC7624" w14:textId="77777777" w:rsidR="006A5CF0" w:rsidRDefault="001B4046">
            <w:pPr>
              <w:spacing w:after="0"/>
            </w:pPr>
            <w:r>
              <w:rPr>
                <w:sz w:val="16"/>
              </w:rPr>
              <w:t>NIT / Cédula de ciudadanía</w:t>
            </w:r>
          </w:p>
        </w:tc>
        <w:tc>
          <w:tcPr>
            <w:tcW w:w="4896" w:type="dxa"/>
            <w:vAlign w:val="center"/>
          </w:tcPr>
          <w:p w14:paraId="6DAD27C7" w14:textId="77777777" w:rsidR="006A5CF0" w:rsidRDefault="006A5CF0">
            <w:pPr>
              <w:spacing w:after="0"/>
            </w:pPr>
          </w:p>
        </w:tc>
      </w:tr>
      <w:tr w:rsidR="006A5CF0" w14:paraId="1B8BDDF3" w14:textId="77777777" w:rsidTr="00863B0E">
        <w:trPr>
          <w:trHeight w:val="397"/>
          <w:jc w:val="center"/>
        </w:trPr>
        <w:tc>
          <w:tcPr>
            <w:tcW w:w="4896" w:type="dxa"/>
            <w:vAlign w:val="center"/>
          </w:tcPr>
          <w:p w14:paraId="6150BA9B" w14:textId="77777777" w:rsidR="006A5CF0" w:rsidRDefault="001B4046">
            <w:pPr>
              <w:spacing w:after="0"/>
            </w:pPr>
            <w:r>
              <w:rPr>
                <w:sz w:val="16"/>
              </w:rPr>
              <w:t>Representante legal (si aplica)</w:t>
            </w:r>
          </w:p>
        </w:tc>
        <w:tc>
          <w:tcPr>
            <w:tcW w:w="4896" w:type="dxa"/>
            <w:vAlign w:val="center"/>
          </w:tcPr>
          <w:p w14:paraId="7113B176" w14:textId="77777777" w:rsidR="006A5CF0" w:rsidRDefault="006A5CF0">
            <w:pPr>
              <w:spacing w:after="0"/>
            </w:pPr>
          </w:p>
        </w:tc>
      </w:tr>
      <w:tr w:rsidR="006A5CF0" w:rsidRPr="00044620" w14:paraId="181DB055" w14:textId="77777777" w:rsidTr="00863B0E">
        <w:trPr>
          <w:trHeight w:val="397"/>
          <w:jc w:val="center"/>
        </w:trPr>
        <w:tc>
          <w:tcPr>
            <w:tcW w:w="4896" w:type="dxa"/>
            <w:vAlign w:val="center"/>
          </w:tcPr>
          <w:p w14:paraId="5FCE8446" w14:textId="77777777" w:rsidR="006A5CF0" w:rsidRPr="00044620" w:rsidRDefault="001B4046">
            <w:pPr>
              <w:spacing w:after="0"/>
              <w:rPr>
                <w:lang w:val="es-CO"/>
              </w:rPr>
            </w:pPr>
            <w:r w:rsidRPr="00044620">
              <w:rPr>
                <w:sz w:val="16"/>
                <w:lang w:val="es-CO"/>
              </w:rPr>
              <w:t>Número de documento del representante legal</w:t>
            </w:r>
          </w:p>
        </w:tc>
        <w:tc>
          <w:tcPr>
            <w:tcW w:w="4896" w:type="dxa"/>
            <w:vAlign w:val="center"/>
          </w:tcPr>
          <w:p w14:paraId="10B558D5" w14:textId="77777777" w:rsidR="006A5CF0" w:rsidRPr="00044620" w:rsidRDefault="006A5CF0">
            <w:pPr>
              <w:spacing w:after="0"/>
              <w:rPr>
                <w:lang w:val="es-CO"/>
              </w:rPr>
            </w:pPr>
          </w:p>
        </w:tc>
      </w:tr>
      <w:tr w:rsidR="006A5CF0" w:rsidRPr="00044620" w14:paraId="6877CAD1" w14:textId="77777777" w:rsidTr="00863B0E">
        <w:trPr>
          <w:trHeight w:val="397"/>
          <w:jc w:val="center"/>
        </w:trPr>
        <w:tc>
          <w:tcPr>
            <w:tcW w:w="4896" w:type="dxa"/>
            <w:vAlign w:val="center"/>
          </w:tcPr>
          <w:p w14:paraId="46027542" w14:textId="77777777" w:rsidR="006A5CF0" w:rsidRPr="00044620" w:rsidRDefault="001B4046">
            <w:pPr>
              <w:spacing w:after="0"/>
              <w:rPr>
                <w:lang w:val="es-CO"/>
              </w:rPr>
            </w:pPr>
            <w:r w:rsidRPr="00044620">
              <w:rPr>
                <w:sz w:val="16"/>
                <w:lang w:val="es-CO"/>
              </w:rPr>
              <w:t>Dirección de residencia o domicilio</w:t>
            </w:r>
          </w:p>
        </w:tc>
        <w:tc>
          <w:tcPr>
            <w:tcW w:w="4896" w:type="dxa"/>
            <w:vAlign w:val="center"/>
          </w:tcPr>
          <w:p w14:paraId="675950A5" w14:textId="77777777" w:rsidR="006A5CF0" w:rsidRPr="00044620" w:rsidRDefault="006A5CF0">
            <w:pPr>
              <w:spacing w:after="0"/>
              <w:rPr>
                <w:lang w:val="es-CO"/>
              </w:rPr>
            </w:pPr>
          </w:p>
        </w:tc>
      </w:tr>
      <w:tr w:rsidR="006A5CF0" w14:paraId="6C9EE825" w14:textId="77777777" w:rsidTr="00863B0E">
        <w:trPr>
          <w:trHeight w:val="397"/>
          <w:jc w:val="center"/>
        </w:trPr>
        <w:tc>
          <w:tcPr>
            <w:tcW w:w="4896" w:type="dxa"/>
            <w:vAlign w:val="center"/>
          </w:tcPr>
          <w:p w14:paraId="56AC9DF3" w14:textId="77777777" w:rsidR="006A5CF0" w:rsidRDefault="001B4046">
            <w:pPr>
              <w:spacing w:after="0"/>
            </w:pPr>
            <w:r>
              <w:rPr>
                <w:sz w:val="16"/>
              </w:rPr>
              <w:t>Teléfono fijo / celular</w:t>
            </w:r>
          </w:p>
        </w:tc>
        <w:tc>
          <w:tcPr>
            <w:tcW w:w="4896" w:type="dxa"/>
            <w:vAlign w:val="center"/>
          </w:tcPr>
          <w:p w14:paraId="37344DF1" w14:textId="77777777" w:rsidR="006A5CF0" w:rsidRDefault="006A5CF0">
            <w:pPr>
              <w:spacing w:after="0"/>
            </w:pPr>
          </w:p>
        </w:tc>
      </w:tr>
      <w:tr w:rsidR="006A5CF0" w14:paraId="08B79741" w14:textId="77777777" w:rsidTr="00863B0E">
        <w:trPr>
          <w:trHeight w:val="397"/>
          <w:jc w:val="center"/>
        </w:trPr>
        <w:tc>
          <w:tcPr>
            <w:tcW w:w="4896" w:type="dxa"/>
            <w:vAlign w:val="center"/>
          </w:tcPr>
          <w:p w14:paraId="273CCC3A" w14:textId="77777777" w:rsidR="006A5CF0" w:rsidRDefault="001B4046">
            <w:pPr>
              <w:spacing w:after="0"/>
            </w:pPr>
            <w:r>
              <w:rPr>
                <w:sz w:val="16"/>
              </w:rPr>
              <w:t>Correo electrónico</w:t>
            </w:r>
          </w:p>
        </w:tc>
        <w:tc>
          <w:tcPr>
            <w:tcW w:w="4896" w:type="dxa"/>
            <w:vAlign w:val="center"/>
          </w:tcPr>
          <w:p w14:paraId="62739F6A" w14:textId="77777777" w:rsidR="006A5CF0" w:rsidRDefault="006A5CF0">
            <w:pPr>
              <w:spacing w:after="0"/>
            </w:pPr>
          </w:p>
        </w:tc>
      </w:tr>
      <w:tr w:rsidR="006A5CF0" w:rsidRPr="00044620" w14:paraId="1BB33106" w14:textId="77777777" w:rsidTr="00863B0E">
        <w:trPr>
          <w:trHeight w:val="397"/>
          <w:jc w:val="center"/>
        </w:trPr>
        <w:tc>
          <w:tcPr>
            <w:tcW w:w="4896" w:type="dxa"/>
            <w:vAlign w:val="center"/>
          </w:tcPr>
          <w:p w14:paraId="063241C1" w14:textId="77777777" w:rsidR="006A5CF0" w:rsidRPr="00044620" w:rsidRDefault="001B4046">
            <w:pPr>
              <w:spacing w:after="0"/>
              <w:rPr>
                <w:lang w:val="es-CO"/>
              </w:rPr>
            </w:pPr>
            <w:r w:rsidRPr="00044620">
              <w:rPr>
                <w:sz w:val="16"/>
                <w:lang w:val="es-CO"/>
              </w:rPr>
              <w:t>Nombre del proyecto o propuesta ganadora</w:t>
            </w:r>
          </w:p>
        </w:tc>
        <w:tc>
          <w:tcPr>
            <w:tcW w:w="4896" w:type="dxa"/>
            <w:vAlign w:val="center"/>
          </w:tcPr>
          <w:p w14:paraId="511131E0" w14:textId="77777777" w:rsidR="006A5CF0" w:rsidRPr="00044620" w:rsidRDefault="006A5CF0">
            <w:pPr>
              <w:spacing w:after="0"/>
              <w:rPr>
                <w:lang w:val="es-CO"/>
              </w:rPr>
            </w:pPr>
          </w:p>
        </w:tc>
      </w:tr>
      <w:tr w:rsidR="006A5CF0" w:rsidRPr="00044620" w14:paraId="114F3936" w14:textId="77777777" w:rsidTr="00863B0E">
        <w:trPr>
          <w:trHeight w:val="397"/>
          <w:jc w:val="center"/>
        </w:trPr>
        <w:tc>
          <w:tcPr>
            <w:tcW w:w="4896" w:type="dxa"/>
            <w:vAlign w:val="center"/>
          </w:tcPr>
          <w:p w14:paraId="446C7411" w14:textId="77777777" w:rsidR="006A5CF0" w:rsidRPr="00044620" w:rsidRDefault="001B4046">
            <w:pPr>
              <w:spacing w:after="0"/>
              <w:rPr>
                <w:lang w:val="es-CO"/>
              </w:rPr>
            </w:pPr>
            <w:r w:rsidRPr="00044620">
              <w:rPr>
                <w:sz w:val="16"/>
                <w:lang w:val="es-CO"/>
              </w:rPr>
              <w:t>Línea, modalidad y categoría en la que participó</w:t>
            </w:r>
          </w:p>
        </w:tc>
        <w:tc>
          <w:tcPr>
            <w:tcW w:w="4896" w:type="dxa"/>
            <w:vAlign w:val="center"/>
          </w:tcPr>
          <w:p w14:paraId="0FAD958F" w14:textId="77777777" w:rsidR="006A5CF0" w:rsidRPr="00044620" w:rsidRDefault="006A5CF0">
            <w:pPr>
              <w:spacing w:after="0"/>
              <w:rPr>
                <w:lang w:val="es-CO"/>
              </w:rPr>
            </w:pPr>
          </w:p>
        </w:tc>
      </w:tr>
      <w:tr w:rsidR="006A5CF0" w:rsidRPr="00044620" w14:paraId="5ECB26CA" w14:textId="77777777" w:rsidTr="00863B0E">
        <w:trPr>
          <w:trHeight w:val="397"/>
          <w:jc w:val="center"/>
        </w:trPr>
        <w:tc>
          <w:tcPr>
            <w:tcW w:w="4896" w:type="dxa"/>
            <w:vAlign w:val="center"/>
          </w:tcPr>
          <w:p w14:paraId="2752912E" w14:textId="77777777" w:rsidR="006A5CF0" w:rsidRPr="00044620" w:rsidRDefault="001B4046">
            <w:pPr>
              <w:spacing w:after="0"/>
              <w:rPr>
                <w:lang w:val="es-CO"/>
              </w:rPr>
            </w:pPr>
            <w:r w:rsidRPr="00044620">
              <w:rPr>
                <w:sz w:val="16"/>
                <w:lang w:val="es-CO"/>
              </w:rPr>
              <w:t>Número de acto administrativo de adjudicación</w:t>
            </w:r>
          </w:p>
        </w:tc>
        <w:tc>
          <w:tcPr>
            <w:tcW w:w="4896" w:type="dxa"/>
            <w:vAlign w:val="center"/>
          </w:tcPr>
          <w:p w14:paraId="25984CE8" w14:textId="77777777" w:rsidR="006A5CF0" w:rsidRPr="00044620" w:rsidRDefault="006A5CF0">
            <w:pPr>
              <w:spacing w:after="0"/>
              <w:rPr>
                <w:lang w:val="es-CO"/>
              </w:rPr>
            </w:pPr>
          </w:p>
        </w:tc>
      </w:tr>
      <w:tr w:rsidR="006A5CF0" w14:paraId="7E31C1E3" w14:textId="77777777" w:rsidTr="00863B0E">
        <w:trPr>
          <w:trHeight w:val="397"/>
          <w:jc w:val="center"/>
        </w:trPr>
        <w:tc>
          <w:tcPr>
            <w:tcW w:w="4896" w:type="dxa"/>
            <w:vAlign w:val="center"/>
          </w:tcPr>
          <w:p w14:paraId="329BEA4D" w14:textId="77777777" w:rsidR="006A5CF0" w:rsidRDefault="001B4046">
            <w:pPr>
              <w:spacing w:after="0"/>
            </w:pPr>
            <w:r>
              <w:rPr>
                <w:sz w:val="16"/>
              </w:rPr>
              <w:t>Fecha de acto administrativo</w:t>
            </w:r>
          </w:p>
        </w:tc>
        <w:tc>
          <w:tcPr>
            <w:tcW w:w="4896" w:type="dxa"/>
            <w:vAlign w:val="center"/>
          </w:tcPr>
          <w:p w14:paraId="22785A6D" w14:textId="77777777" w:rsidR="006A5CF0" w:rsidRDefault="006A5CF0">
            <w:pPr>
              <w:spacing w:after="0"/>
            </w:pPr>
          </w:p>
        </w:tc>
      </w:tr>
      <w:tr w:rsidR="006A5CF0" w:rsidRPr="00044620" w14:paraId="68191D4B" w14:textId="77777777" w:rsidTr="00863B0E">
        <w:trPr>
          <w:trHeight w:val="397"/>
          <w:jc w:val="center"/>
        </w:trPr>
        <w:tc>
          <w:tcPr>
            <w:tcW w:w="4896" w:type="dxa"/>
            <w:vAlign w:val="center"/>
          </w:tcPr>
          <w:p w14:paraId="55E82DCE" w14:textId="77777777" w:rsidR="006A5CF0" w:rsidRPr="00044620" w:rsidRDefault="001B4046">
            <w:pPr>
              <w:spacing w:after="0"/>
              <w:rPr>
                <w:lang w:val="es-CO"/>
              </w:rPr>
            </w:pPr>
            <w:r w:rsidRPr="00044620">
              <w:rPr>
                <w:sz w:val="16"/>
                <w:lang w:val="es-CO"/>
              </w:rPr>
              <w:t>Valor total del estímulo otorgado</w:t>
            </w:r>
          </w:p>
        </w:tc>
        <w:tc>
          <w:tcPr>
            <w:tcW w:w="4896" w:type="dxa"/>
            <w:vAlign w:val="center"/>
          </w:tcPr>
          <w:p w14:paraId="473219EB" w14:textId="77777777" w:rsidR="006A5CF0" w:rsidRPr="00044620" w:rsidRDefault="006A5CF0">
            <w:pPr>
              <w:spacing w:after="0"/>
              <w:rPr>
                <w:lang w:val="es-CO"/>
              </w:rPr>
            </w:pPr>
          </w:p>
        </w:tc>
      </w:tr>
      <w:tr w:rsidR="006A5CF0" w:rsidRPr="00044620" w14:paraId="028DE288" w14:textId="77777777" w:rsidTr="00863B0E">
        <w:trPr>
          <w:trHeight w:val="397"/>
          <w:jc w:val="center"/>
        </w:trPr>
        <w:tc>
          <w:tcPr>
            <w:tcW w:w="4896" w:type="dxa"/>
            <w:vAlign w:val="center"/>
          </w:tcPr>
          <w:p w14:paraId="2685A6AE" w14:textId="77777777" w:rsidR="006A5CF0" w:rsidRPr="00044620" w:rsidRDefault="001B4046">
            <w:pPr>
              <w:spacing w:after="0"/>
              <w:rPr>
                <w:lang w:val="es-CO"/>
              </w:rPr>
            </w:pPr>
            <w:r w:rsidRPr="00044620">
              <w:rPr>
                <w:sz w:val="16"/>
                <w:lang w:val="es-CO"/>
              </w:rPr>
              <w:t>Número de póliza de garantía única de cumplimiento</w:t>
            </w:r>
          </w:p>
        </w:tc>
        <w:tc>
          <w:tcPr>
            <w:tcW w:w="4896" w:type="dxa"/>
            <w:vAlign w:val="center"/>
          </w:tcPr>
          <w:p w14:paraId="70583248" w14:textId="77777777" w:rsidR="006A5CF0" w:rsidRPr="00044620" w:rsidRDefault="006A5CF0">
            <w:pPr>
              <w:spacing w:after="0"/>
              <w:rPr>
                <w:lang w:val="es-CO"/>
              </w:rPr>
            </w:pPr>
          </w:p>
        </w:tc>
      </w:tr>
      <w:tr w:rsidR="006A5CF0" w:rsidRPr="00044620" w14:paraId="5F02D208" w14:textId="77777777" w:rsidTr="00863B0E">
        <w:trPr>
          <w:trHeight w:val="397"/>
          <w:jc w:val="center"/>
        </w:trPr>
        <w:tc>
          <w:tcPr>
            <w:tcW w:w="4896" w:type="dxa"/>
            <w:vAlign w:val="center"/>
          </w:tcPr>
          <w:p w14:paraId="18381DF3" w14:textId="77777777" w:rsidR="006A5CF0" w:rsidRPr="00044620" w:rsidRDefault="001B4046">
            <w:pPr>
              <w:spacing w:after="0"/>
              <w:rPr>
                <w:lang w:val="es-CO"/>
              </w:rPr>
            </w:pPr>
            <w:r w:rsidRPr="00044620">
              <w:rPr>
                <w:sz w:val="16"/>
                <w:lang w:val="es-CO"/>
              </w:rPr>
              <w:t>Fecha de inicio de ejecución (aprobación de garantía o registro presupuestal)</w:t>
            </w:r>
          </w:p>
        </w:tc>
        <w:tc>
          <w:tcPr>
            <w:tcW w:w="4896" w:type="dxa"/>
            <w:vAlign w:val="center"/>
          </w:tcPr>
          <w:p w14:paraId="3BE1C301" w14:textId="77777777" w:rsidR="006A5CF0" w:rsidRPr="00044620" w:rsidRDefault="006A5CF0">
            <w:pPr>
              <w:spacing w:after="0"/>
              <w:rPr>
                <w:lang w:val="es-CO"/>
              </w:rPr>
            </w:pPr>
          </w:p>
        </w:tc>
      </w:tr>
      <w:tr w:rsidR="006A5CF0" w:rsidRPr="00044620" w14:paraId="55A671A0" w14:textId="77777777" w:rsidTr="00863B0E">
        <w:trPr>
          <w:trHeight w:val="397"/>
          <w:jc w:val="center"/>
        </w:trPr>
        <w:tc>
          <w:tcPr>
            <w:tcW w:w="4896" w:type="dxa"/>
            <w:vAlign w:val="center"/>
          </w:tcPr>
          <w:p w14:paraId="0A40607D" w14:textId="77777777" w:rsidR="006A5CF0" w:rsidRPr="00044620" w:rsidRDefault="001B4046">
            <w:pPr>
              <w:spacing w:after="0"/>
              <w:rPr>
                <w:lang w:val="es-CO"/>
              </w:rPr>
            </w:pPr>
            <w:r w:rsidRPr="00044620">
              <w:rPr>
                <w:sz w:val="16"/>
                <w:lang w:val="es-CO"/>
              </w:rPr>
              <w:t>Fecha de finalización de ejecución</w:t>
            </w:r>
          </w:p>
        </w:tc>
        <w:tc>
          <w:tcPr>
            <w:tcW w:w="4896" w:type="dxa"/>
            <w:vAlign w:val="center"/>
          </w:tcPr>
          <w:p w14:paraId="62C25E3F" w14:textId="77777777" w:rsidR="006A5CF0" w:rsidRPr="00044620" w:rsidRDefault="006A5CF0">
            <w:pPr>
              <w:spacing w:after="0"/>
              <w:rPr>
                <w:lang w:val="es-CO"/>
              </w:rPr>
            </w:pPr>
          </w:p>
        </w:tc>
      </w:tr>
    </w:tbl>
    <w:p w14:paraId="6D61DFB0" w14:textId="77777777" w:rsidR="006A5CF0" w:rsidRPr="00044620" w:rsidRDefault="006A5CF0">
      <w:pPr>
        <w:spacing w:after="0"/>
        <w:rPr>
          <w:lang w:val="es-CO"/>
        </w:rPr>
      </w:pPr>
    </w:p>
    <w:p w14:paraId="5ECF5799" w14:textId="77777777" w:rsidR="006A5CF0" w:rsidRPr="00044620" w:rsidRDefault="001B4046">
      <w:pPr>
        <w:pStyle w:val="Ttulo1"/>
        <w:spacing w:before="160" w:after="100"/>
        <w:rPr>
          <w:lang w:val="es-CO"/>
        </w:rPr>
      </w:pPr>
      <w:r w:rsidRPr="00044620">
        <w:rPr>
          <w:lang w:val="es-CO"/>
        </w:rPr>
        <w:t>2. Datos del supervisor asignado por el IPCC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4896"/>
        <w:gridCol w:w="4896"/>
      </w:tblGrid>
      <w:tr w:rsidR="006A5CF0" w:rsidRPr="00863B0E" w14:paraId="0EB875F9" w14:textId="77777777">
        <w:trPr>
          <w:jc w:val="center"/>
        </w:trPr>
        <w:tc>
          <w:tcPr>
            <w:tcW w:w="4896" w:type="dxa"/>
            <w:shd w:val="clear" w:color="auto" w:fill="D9E2F3"/>
            <w:vAlign w:val="center"/>
          </w:tcPr>
          <w:p w14:paraId="536081BD" w14:textId="77777777" w:rsidR="006A5CF0" w:rsidRPr="00863B0E" w:rsidRDefault="001B4046">
            <w:pPr>
              <w:spacing w:after="0"/>
              <w:rPr>
                <w:lang w:val="es-US"/>
              </w:rPr>
            </w:pPr>
            <w:r w:rsidRPr="00863B0E">
              <w:rPr>
                <w:b/>
                <w:sz w:val="16"/>
                <w:lang w:val="es-US"/>
              </w:rPr>
              <w:t>Campo</w:t>
            </w:r>
          </w:p>
        </w:tc>
        <w:tc>
          <w:tcPr>
            <w:tcW w:w="4896" w:type="dxa"/>
            <w:shd w:val="clear" w:color="auto" w:fill="D9E2F3"/>
            <w:vAlign w:val="center"/>
          </w:tcPr>
          <w:p w14:paraId="385E24D9" w14:textId="77777777" w:rsidR="006A5CF0" w:rsidRPr="00863B0E" w:rsidRDefault="001B4046">
            <w:pPr>
              <w:spacing w:after="0"/>
              <w:rPr>
                <w:lang w:val="es-US"/>
              </w:rPr>
            </w:pPr>
            <w:r w:rsidRPr="00863B0E">
              <w:rPr>
                <w:b/>
                <w:sz w:val="16"/>
                <w:lang w:val="es-US"/>
              </w:rPr>
              <w:t>Información a diligenciar</w:t>
            </w:r>
          </w:p>
        </w:tc>
      </w:tr>
      <w:tr w:rsidR="006A5CF0" w:rsidRPr="00863B0E" w14:paraId="5E3FA1E1" w14:textId="77777777" w:rsidTr="00863B0E">
        <w:trPr>
          <w:trHeight w:val="283"/>
          <w:jc w:val="center"/>
        </w:trPr>
        <w:tc>
          <w:tcPr>
            <w:tcW w:w="4896" w:type="dxa"/>
            <w:vAlign w:val="center"/>
          </w:tcPr>
          <w:p w14:paraId="55927C77" w14:textId="77777777" w:rsidR="006A5CF0" w:rsidRPr="00863B0E" w:rsidRDefault="001B4046">
            <w:pPr>
              <w:spacing w:after="0"/>
              <w:rPr>
                <w:lang w:val="es-US"/>
              </w:rPr>
            </w:pPr>
            <w:r w:rsidRPr="00863B0E">
              <w:rPr>
                <w:sz w:val="16"/>
                <w:lang w:val="es-US"/>
              </w:rPr>
              <w:t>Nombre del supervisor</w:t>
            </w:r>
          </w:p>
        </w:tc>
        <w:tc>
          <w:tcPr>
            <w:tcW w:w="4896" w:type="dxa"/>
            <w:vAlign w:val="center"/>
          </w:tcPr>
          <w:p w14:paraId="6FBDC51B" w14:textId="58E9B27C" w:rsidR="006A5CF0" w:rsidRPr="00863B0E" w:rsidRDefault="00863B0E">
            <w:pPr>
              <w:spacing w:after="0"/>
              <w:rPr>
                <w:lang w:val="es-US"/>
              </w:rPr>
            </w:pPr>
            <w:r w:rsidRPr="00863B0E">
              <w:rPr>
                <w:lang w:val="es-US"/>
              </w:rPr>
              <w:t>Zorelly Echeverry Valencia</w:t>
            </w:r>
          </w:p>
        </w:tc>
      </w:tr>
      <w:tr w:rsidR="006A5CF0" w:rsidRPr="00863B0E" w14:paraId="43EF01D7" w14:textId="77777777" w:rsidTr="00863B0E">
        <w:trPr>
          <w:trHeight w:val="283"/>
          <w:jc w:val="center"/>
        </w:trPr>
        <w:tc>
          <w:tcPr>
            <w:tcW w:w="4896" w:type="dxa"/>
            <w:vAlign w:val="center"/>
          </w:tcPr>
          <w:p w14:paraId="4A32255B" w14:textId="77777777" w:rsidR="006A5CF0" w:rsidRPr="00863B0E" w:rsidRDefault="001B4046">
            <w:pPr>
              <w:spacing w:after="0"/>
              <w:rPr>
                <w:lang w:val="es-US"/>
              </w:rPr>
            </w:pPr>
            <w:r w:rsidRPr="00863B0E">
              <w:rPr>
                <w:sz w:val="16"/>
                <w:lang w:val="es-US"/>
              </w:rPr>
              <w:t>Cargo</w:t>
            </w:r>
          </w:p>
        </w:tc>
        <w:tc>
          <w:tcPr>
            <w:tcW w:w="4896" w:type="dxa"/>
            <w:vAlign w:val="center"/>
          </w:tcPr>
          <w:p w14:paraId="00CFEE20" w14:textId="296F6949" w:rsidR="006A5CF0" w:rsidRPr="00863B0E" w:rsidRDefault="00863B0E">
            <w:pPr>
              <w:spacing w:after="0"/>
              <w:rPr>
                <w:lang w:val="es-US"/>
              </w:rPr>
            </w:pPr>
            <w:r w:rsidRPr="00863B0E">
              <w:rPr>
                <w:lang w:val="es-US"/>
              </w:rPr>
              <w:t xml:space="preserve">Profesional Universitario </w:t>
            </w:r>
          </w:p>
        </w:tc>
      </w:tr>
      <w:tr w:rsidR="006A5CF0" w:rsidRPr="00863B0E" w14:paraId="482763CB" w14:textId="77777777" w:rsidTr="00863B0E">
        <w:trPr>
          <w:trHeight w:val="283"/>
          <w:jc w:val="center"/>
        </w:trPr>
        <w:tc>
          <w:tcPr>
            <w:tcW w:w="4896" w:type="dxa"/>
            <w:vAlign w:val="center"/>
          </w:tcPr>
          <w:p w14:paraId="43266222" w14:textId="77777777" w:rsidR="006A5CF0" w:rsidRPr="00863B0E" w:rsidRDefault="001B4046">
            <w:pPr>
              <w:spacing w:after="0"/>
              <w:rPr>
                <w:lang w:val="es-US"/>
              </w:rPr>
            </w:pPr>
            <w:r w:rsidRPr="00863B0E">
              <w:rPr>
                <w:sz w:val="16"/>
                <w:lang w:val="es-US"/>
              </w:rPr>
              <w:t>Dependencia</w:t>
            </w:r>
          </w:p>
        </w:tc>
        <w:tc>
          <w:tcPr>
            <w:tcW w:w="4896" w:type="dxa"/>
            <w:vAlign w:val="center"/>
          </w:tcPr>
          <w:p w14:paraId="328F8D2A" w14:textId="13C7F4E9" w:rsidR="006A5CF0" w:rsidRPr="00863B0E" w:rsidRDefault="00863B0E">
            <w:pPr>
              <w:spacing w:after="0"/>
              <w:rPr>
                <w:lang w:val="es-US"/>
              </w:rPr>
            </w:pPr>
            <w:r w:rsidRPr="00863B0E">
              <w:rPr>
                <w:lang w:val="es-US"/>
              </w:rPr>
              <w:t>División de Promoción Cultural</w:t>
            </w:r>
          </w:p>
        </w:tc>
      </w:tr>
      <w:tr w:rsidR="006A5CF0" w:rsidRPr="00863B0E" w14:paraId="35B86980" w14:textId="77777777" w:rsidTr="00863B0E">
        <w:trPr>
          <w:trHeight w:val="283"/>
          <w:jc w:val="center"/>
        </w:trPr>
        <w:tc>
          <w:tcPr>
            <w:tcW w:w="4896" w:type="dxa"/>
            <w:vAlign w:val="center"/>
          </w:tcPr>
          <w:p w14:paraId="2A2C2CED" w14:textId="77777777" w:rsidR="006A5CF0" w:rsidRPr="00863B0E" w:rsidRDefault="001B4046">
            <w:pPr>
              <w:spacing w:after="0"/>
              <w:rPr>
                <w:lang w:val="es-US"/>
              </w:rPr>
            </w:pPr>
            <w:r w:rsidRPr="00863B0E">
              <w:rPr>
                <w:sz w:val="16"/>
                <w:lang w:val="es-US"/>
              </w:rPr>
              <w:t>Correo electrónico</w:t>
            </w:r>
          </w:p>
        </w:tc>
        <w:tc>
          <w:tcPr>
            <w:tcW w:w="4896" w:type="dxa"/>
            <w:vAlign w:val="center"/>
          </w:tcPr>
          <w:p w14:paraId="7BC45331" w14:textId="04756A77" w:rsidR="006A5CF0" w:rsidRPr="00863B0E" w:rsidRDefault="00863B0E">
            <w:pPr>
              <w:spacing w:after="0"/>
              <w:rPr>
                <w:lang w:val="es-US"/>
              </w:rPr>
            </w:pPr>
            <w:r>
              <w:rPr>
                <w:lang w:val="es-US"/>
              </w:rPr>
              <w:t>promocioncultura@ipcc.gov.co</w:t>
            </w:r>
          </w:p>
        </w:tc>
      </w:tr>
      <w:tr w:rsidR="006A5CF0" w:rsidRPr="00863B0E" w14:paraId="23E2736C" w14:textId="77777777" w:rsidTr="00863B0E">
        <w:trPr>
          <w:trHeight w:val="283"/>
          <w:jc w:val="center"/>
        </w:trPr>
        <w:tc>
          <w:tcPr>
            <w:tcW w:w="4896" w:type="dxa"/>
            <w:vAlign w:val="center"/>
          </w:tcPr>
          <w:p w14:paraId="4161B25B" w14:textId="77777777" w:rsidR="006A5CF0" w:rsidRPr="00863B0E" w:rsidRDefault="001B4046">
            <w:pPr>
              <w:spacing w:after="0"/>
              <w:rPr>
                <w:lang w:val="es-US"/>
              </w:rPr>
            </w:pPr>
            <w:r w:rsidRPr="00863B0E">
              <w:rPr>
                <w:sz w:val="16"/>
                <w:lang w:val="es-US"/>
              </w:rPr>
              <w:t>Número de sesiones de asesoría técnica realizadas (mínimo 3)</w:t>
            </w:r>
          </w:p>
        </w:tc>
        <w:tc>
          <w:tcPr>
            <w:tcW w:w="4896" w:type="dxa"/>
            <w:vAlign w:val="center"/>
          </w:tcPr>
          <w:p w14:paraId="5C041690" w14:textId="77777777" w:rsidR="006A5CF0" w:rsidRPr="00863B0E" w:rsidRDefault="006A5CF0">
            <w:pPr>
              <w:spacing w:after="0"/>
              <w:rPr>
                <w:lang w:val="es-US"/>
              </w:rPr>
            </w:pPr>
          </w:p>
        </w:tc>
      </w:tr>
      <w:tr w:rsidR="006A5CF0" w:rsidRPr="00863B0E" w14:paraId="26273408" w14:textId="77777777" w:rsidTr="00863B0E">
        <w:trPr>
          <w:trHeight w:val="283"/>
          <w:jc w:val="center"/>
        </w:trPr>
        <w:tc>
          <w:tcPr>
            <w:tcW w:w="4896" w:type="dxa"/>
            <w:vAlign w:val="center"/>
          </w:tcPr>
          <w:p w14:paraId="4172B94C" w14:textId="77777777" w:rsidR="006A5CF0" w:rsidRPr="00863B0E" w:rsidRDefault="001B4046">
            <w:pPr>
              <w:spacing w:after="0"/>
              <w:rPr>
                <w:lang w:val="es-US"/>
              </w:rPr>
            </w:pPr>
            <w:r w:rsidRPr="00863B0E">
              <w:rPr>
                <w:sz w:val="16"/>
                <w:lang w:val="es-US"/>
              </w:rPr>
              <w:t>Fechas de las asesorías</w:t>
            </w:r>
          </w:p>
        </w:tc>
        <w:tc>
          <w:tcPr>
            <w:tcW w:w="4896" w:type="dxa"/>
            <w:vAlign w:val="center"/>
          </w:tcPr>
          <w:p w14:paraId="693B61E3" w14:textId="77777777" w:rsidR="006A5CF0" w:rsidRPr="00863B0E" w:rsidRDefault="006A5CF0">
            <w:pPr>
              <w:spacing w:after="0"/>
              <w:rPr>
                <w:lang w:val="es-US"/>
              </w:rPr>
            </w:pPr>
          </w:p>
        </w:tc>
      </w:tr>
      <w:tr w:rsidR="006A5CF0" w:rsidRPr="00863B0E" w14:paraId="0BEF170A" w14:textId="77777777" w:rsidTr="00863B0E">
        <w:trPr>
          <w:trHeight w:val="283"/>
          <w:jc w:val="center"/>
        </w:trPr>
        <w:tc>
          <w:tcPr>
            <w:tcW w:w="4896" w:type="dxa"/>
            <w:vAlign w:val="center"/>
          </w:tcPr>
          <w:p w14:paraId="4903E654" w14:textId="77777777" w:rsidR="006A5CF0" w:rsidRPr="00863B0E" w:rsidRDefault="001B4046">
            <w:pPr>
              <w:spacing w:after="0"/>
              <w:rPr>
                <w:lang w:val="es-US"/>
              </w:rPr>
            </w:pPr>
            <w:r w:rsidRPr="00863B0E">
              <w:rPr>
                <w:sz w:val="16"/>
                <w:lang w:val="es-US"/>
              </w:rPr>
              <w:t>Modalidad (virtual / presencial)</w:t>
            </w:r>
          </w:p>
        </w:tc>
        <w:tc>
          <w:tcPr>
            <w:tcW w:w="4896" w:type="dxa"/>
            <w:vAlign w:val="center"/>
          </w:tcPr>
          <w:p w14:paraId="35A81309" w14:textId="77777777" w:rsidR="006A5CF0" w:rsidRPr="00863B0E" w:rsidRDefault="006A5CF0">
            <w:pPr>
              <w:spacing w:after="0"/>
              <w:rPr>
                <w:lang w:val="es-US"/>
              </w:rPr>
            </w:pPr>
          </w:p>
        </w:tc>
      </w:tr>
    </w:tbl>
    <w:p w14:paraId="6E539B25" w14:textId="77777777" w:rsidR="006A5CF0" w:rsidRDefault="006A5CF0">
      <w:pPr>
        <w:spacing w:after="0"/>
      </w:pPr>
    </w:p>
    <w:p w14:paraId="1873C358" w14:textId="77777777" w:rsidR="006A5CF0" w:rsidRDefault="001B4046">
      <w:pPr>
        <w:pStyle w:val="Ttulo1"/>
        <w:spacing w:before="160" w:after="100"/>
      </w:pPr>
      <w:r>
        <w:t>3. Descripción del proyecto ejecutado</w:t>
      </w:r>
    </w:p>
    <w:p w14:paraId="2C19C5D6" w14:textId="77777777" w:rsidR="006A5CF0" w:rsidRDefault="001B4046">
      <w:pPr>
        <w:pStyle w:val="Ttulo2"/>
      </w:pPr>
      <w:r>
        <w:t>3.1. Resumen ejecutivo</w:t>
      </w:r>
    </w:p>
    <w:p w14:paraId="73C7656D" w14:textId="77777777" w:rsidR="006A5CF0" w:rsidRPr="00044620" w:rsidRDefault="001B4046">
      <w:pPr>
        <w:rPr>
          <w:lang w:val="es-CO"/>
        </w:rPr>
      </w:pPr>
      <w:r w:rsidRPr="00044620">
        <w:rPr>
          <w:lang w:val="es-CO"/>
        </w:rPr>
        <w:t>Describa de manera concisa el proyecto ejecutado, incluyendo objetivo general, objetivos específicos alcanzados y principales resultados obtenidos (máximo 500 palabras).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9792"/>
      </w:tblGrid>
      <w:tr w:rsidR="006A5CF0" w14:paraId="459C8EB9" w14:textId="77777777">
        <w:trPr>
          <w:jc w:val="center"/>
        </w:trPr>
        <w:tc>
          <w:tcPr>
            <w:tcW w:w="9792" w:type="dxa"/>
            <w:shd w:val="clear" w:color="auto" w:fill="D9E2F3"/>
            <w:vAlign w:val="center"/>
          </w:tcPr>
          <w:p w14:paraId="438AF9C3" w14:textId="77777777" w:rsidR="006A5CF0" w:rsidRDefault="001B4046">
            <w:pPr>
              <w:spacing w:after="0"/>
            </w:pPr>
            <w:r>
              <w:rPr>
                <w:b/>
                <w:sz w:val="16"/>
              </w:rPr>
              <w:t>Resumen ejecutivo — máximo 500 palabras</w:t>
            </w:r>
          </w:p>
        </w:tc>
      </w:tr>
      <w:tr w:rsidR="006A5CF0" w14:paraId="2C936C37" w14:textId="77777777">
        <w:trPr>
          <w:jc w:val="center"/>
        </w:trPr>
        <w:tc>
          <w:tcPr>
            <w:tcW w:w="9792" w:type="dxa"/>
            <w:vAlign w:val="center"/>
          </w:tcPr>
          <w:p w14:paraId="221C23BA" w14:textId="77777777" w:rsidR="006A5CF0" w:rsidRDefault="001B4046">
            <w:pPr>
              <w:spacing w:after="0"/>
            </w:pPr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</w:p>
        </w:tc>
      </w:tr>
    </w:tbl>
    <w:p w14:paraId="2EAB450F" w14:textId="77777777" w:rsidR="006A5CF0" w:rsidRDefault="006A5CF0">
      <w:pPr>
        <w:spacing w:after="0"/>
      </w:pPr>
    </w:p>
    <w:p w14:paraId="043CFDBB" w14:textId="52FAEC1D" w:rsidR="006A5CF0" w:rsidRDefault="001B4046">
      <w:pPr>
        <w:pStyle w:val="Ttulo2"/>
      </w:pPr>
      <w:r>
        <w:lastRenderedPageBreak/>
        <w:t>3.</w:t>
      </w:r>
      <w:r w:rsidR="00044620">
        <w:t>2</w:t>
      </w:r>
      <w:r>
        <w:t>. Actividades realizadas</w:t>
      </w:r>
    </w:p>
    <w:p w14:paraId="32DEAA34" w14:textId="77777777" w:rsidR="006A5CF0" w:rsidRPr="00044620" w:rsidRDefault="001B4046">
      <w:pPr>
        <w:rPr>
          <w:lang w:val="es-CO"/>
        </w:rPr>
      </w:pPr>
      <w:r w:rsidRPr="00044620">
        <w:rPr>
          <w:lang w:val="es-CO"/>
        </w:rPr>
        <w:t>Relacione cronológicamente todas las actividades ejecutadas, indicando fechas, responsables y productos obtenidos.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504"/>
        <w:gridCol w:w="2520"/>
        <w:gridCol w:w="1296"/>
        <w:gridCol w:w="1440"/>
        <w:gridCol w:w="1440"/>
        <w:gridCol w:w="2592"/>
      </w:tblGrid>
      <w:tr w:rsidR="006A5CF0" w14:paraId="3E302706" w14:textId="77777777">
        <w:trPr>
          <w:jc w:val="center"/>
        </w:trPr>
        <w:tc>
          <w:tcPr>
            <w:tcW w:w="504" w:type="dxa"/>
            <w:shd w:val="clear" w:color="auto" w:fill="D9E2F3"/>
            <w:vAlign w:val="center"/>
          </w:tcPr>
          <w:p w14:paraId="23345A5E" w14:textId="77777777" w:rsidR="006A5CF0" w:rsidRDefault="001B4046">
            <w:pPr>
              <w:spacing w:after="0"/>
            </w:pPr>
            <w:r>
              <w:rPr>
                <w:b/>
                <w:sz w:val="16"/>
              </w:rPr>
              <w:t>N°</w:t>
            </w:r>
          </w:p>
        </w:tc>
        <w:tc>
          <w:tcPr>
            <w:tcW w:w="2520" w:type="dxa"/>
            <w:shd w:val="clear" w:color="auto" w:fill="D9E2F3"/>
            <w:vAlign w:val="center"/>
          </w:tcPr>
          <w:p w14:paraId="2A7B9AF2" w14:textId="77777777" w:rsidR="006A5CF0" w:rsidRDefault="001B4046">
            <w:pPr>
              <w:spacing w:after="0"/>
            </w:pPr>
            <w:r>
              <w:rPr>
                <w:b/>
                <w:sz w:val="16"/>
              </w:rPr>
              <w:t>Actividad</w:t>
            </w:r>
          </w:p>
        </w:tc>
        <w:tc>
          <w:tcPr>
            <w:tcW w:w="1296" w:type="dxa"/>
            <w:shd w:val="clear" w:color="auto" w:fill="D9E2F3"/>
            <w:vAlign w:val="center"/>
          </w:tcPr>
          <w:p w14:paraId="62F404BD" w14:textId="77777777" w:rsidR="006A5CF0" w:rsidRDefault="001B4046">
            <w:pPr>
              <w:spacing w:after="0"/>
            </w:pPr>
            <w:r>
              <w:rPr>
                <w:b/>
                <w:sz w:val="16"/>
              </w:rPr>
              <w:t>Fecha de inicio</w:t>
            </w:r>
          </w:p>
        </w:tc>
        <w:tc>
          <w:tcPr>
            <w:tcW w:w="1440" w:type="dxa"/>
            <w:shd w:val="clear" w:color="auto" w:fill="D9E2F3"/>
            <w:vAlign w:val="center"/>
          </w:tcPr>
          <w:p w14:paraId="4666A3CC" w14:textId="77777777" w:rsidR="006A5CF0" w:rsidRDefault="001B4046">
            <w:pPr>
              <w:spacing w:after="0"/>
            </w:pPr>
            <w:r>
              <w:rPr>
                <w:b/>
                <w:sz w:val="16"/>
              </w:rPr>
              <w:t>Fecha de finalización</w:t>
            </w:r>
          </w:p>
        </w:tc>
        <w:tc>
          <w:tcPr>
            <w:tcW w:w="1440" w:type="dxa"/>
            <w:shd w:val="clear" w:color="auto" w:fill="D9E2F3"/>
            <w:vAlign w:val="center"/>
          </w:tcPr>
          <w:p w14:paraId="6AA69A7B" w14:textId="77777777" w:rsidR="006A5CF0" w:rsidRDefault="001B4046">
            <w:pPr>
              <w:spacing w:after="0"/>
            </w:pPr>
            <w:r>
              <w:rPr>
                <w:b/>
                <w:sz w:val="16"/>
              </w:rPr>
              <w:t>Responsable</w:t>
            </w:r>
          </w:p>
        </w:tc>
        <w:tc>
          <w:tcPr>
            <w:tcW w:w="2592" w:type="dxa"/>
            <w:shd w:val="clear" w:color="auto" w:fill="D9E2F3"/>
            <w:vAlign w:val="center"/>
          </w:tcPr>
          <w:p w14:paraId="14814491" w14:textId="77777777" w:rsidR="006A5CF0" w:rsidRDefault="001B4046">
            <w:pPr>
              <w:spacing w:after="0"/>
            </w:pPr>
            <w:r>
              <w:rPr>
                <w:b/>
                <w:sz w:val="16"/>
              </w:rPr>
              <w:t>Producto / evidencia</w:t>
            </w:r>
          </w:p>
        </w:tc>
      </w:tr>
      <w:tr w:rsidR="006A5CF0" w14:paraId="217D8593" w14:textId="77777777">
        <w:trPr>
          <w:jc w:val="center"/>
        </w:trPr>
        <w:tc>
          <w:tcPr>
            <w:tcW w:w="504" w:type="dxa"/>
            <w:vAlign w:val="center"/>
          </w:tcPr>
          <w:p w14:paraId="5855DB6F" w14:textId="77777777" w:rsidR="006A5CF0" w:rsidRDefault="001B4046">
            <w:pPr>
              <w:spacing w:after="0"/>
            </w:pPr>
            <w:r>
              <w:rPr>
                <w:sz w:val="16"/>
              </w:rPr>
              <w:t>1</w:t>
            </w:r>
          </w:p>
        </w:tc>
        <w:tc>
          <w:tcPr>
            <w:tcW w:w="2520" w:type="dxa"/>
            <w:vAlign w:val="center"/>
          </w:tcPr>
          <w:p w14:paraId="70D00B63" w14:textId="77777777" w:rsidR="006A5CF0" w:rsidRDefault="006A5CF0">
            <w:pPr>
              <w:spacing w:after="0"/>
            </w:pPr>
          </w:p>
        </w:tc>
        <w:tc>
          <w:tcPr>
            <w:tcW w:w="1296" w:type="dxa"/>
            <w:vAlign w:val="center"/>
          </w:tcPr>
          <w:p w14:paraId="7851BB8A" w14:textId="77777777" w:rsidR="006A5CF0" w:rsidRDefault="006A5CF0">
            <w:pPr>
              <w:spacing w:after="0"/>
            </w:pPr>
          </w:p>
        </w:tc>
        <w:tc>
          <w:tcPr>
            <w:tcW w:w="1440" w:type="dxa"/>
            <w:vAlign w:val="center"/>
          </w:tcPr>
          <w:p w14:paraId="72949098" w14:textId="77777777" w:rsidR="006A5CF0" w:rsidRDefault="006A5CF0">
            <w:pPr>
              <w:spacing w:after="0"/>
            </w:pPr>
          </w:p>
        </w:tc>
        <w:tc>
          <w:tcPr>
            <w:tcW w:w="1440" w:type="dxa"/>
            <w:vAlign w:val="center"/>
          </w:tcPr>
          <w:p w14:paraId="487C13F9" w14:textId="77777777" w:rsidR="006A5CF0" w:rsidRDefault="006A5CF0">
            <w:pPr>
              <w:spacing w:after="0"/>
            </w:pPr>
          </w:p>
        </w:tc>
        <w:tc>
          <w:tcPr>
            <w:tcW w:w="2592" w:type="dxa"/>
            <w:vAlign w:val="center"/>
          </w:tcPr>
          <w:p w14:paraId="5B1721EE" w14:textId="77777777" w:rsidR="006A5CF0" w:rsidRDefault="006A5CF0">
            <w:pPr>
              <w:spacing w:after="0"/>
            </w:pPr>
          </w:p>
        </w:tc>
      </w:tr>
      <w:tr w:rsidR="006A5CF0" w14:paraId="0622EC37" w14:textId="77777777">
        <w:trPr>
          <w:jc w:val="center"/>
        </w:trPr>
        <w:tc>
          <w:tcPr>
            <w:tcW w:w="504" w:type="dxa"/>
            <w:vAlign w:val="center"/>
          </w:tcPr>
          <w:p w14:paraId="677A1145" w14:textId="77777777" w:rsidR="006A5CF0" w:rsidRDefault="001B4046">
            <w:pPr>
              <w:spacing w:after="0"/>
            </w:pPr>
            <w:r>
              <w:rPr>
                <w:sz w:val="16"/>
              </w:rPr>
              <w:t>2</w:t>
            </w:r>
          </w:p>
        </w:tc>
        <w:tc>
          <w:tcPr>
            <w:tcW w:w="2520" w:type="dxa"/>
            <w:vAlign w:val="center"/>
          </w:tcPr>
          <w:p w14:paraId="50F57F19" w14:textId="77777777" w:rsidR="006A5CF0" w:rsidRDefault="006A5CF0">
            <w:pPr>
              <w:spacing w:after="0"/>
            </w:pPr>
          </w:p>
        </w:tc>
        <w:tc>
          <w:tcPr>
            <w:tcW w:w="1296" w:type="dxa"/>
            <w:vAlign w:val="center"/>
          </w:tcPr>
          <w:p w14:paraId="7519C5A9" w14:textId="77777777" w:rsidR="006A5CF0" w:rsidRDefault="006A5CF0">
            <w:pPr>
              <w:spacing w:after="0"/>
            </w:pPr>
          </w:p>
        </w:tc>
        <w:tc>
          <w:tcPr>
            <w:tcW w:w="1440" w:type="dxa"/>
            <w:vAlign w:val="center"/>
          </w:tcPr>
          <w:p w14:paraId="78C0CD97" w14:textId="77777777" w:rsidR="006A5CF0" w:rsidRDefault="006A5CF0">
            <w:pPr>
              <w:spacing w:after="0"/>
            </w:pPr>
          </w:p>
        </w:tc>
        <w:tc>
          <w:tcPr>
            <w:tcW w:w="1440" w:type="dxa"/>
            <w:vAlign w:val="center"/>
          </w:tcPr>
          <w:p w14:paraId="179C1AF6" w14:textId="77777777" w:rsidR="006A5CF0" w:rsidRDefault="006A5CF0">
            <w:pPr>
              <w:spacing w:after="0"/>
            </w:pPr>
          </w:p>
        </w:tc>
        <w:tc>
          <w:tcPr>
            <w:tcW w:w="2592" w:type="dxa"/>
            <w:vAlign w:val="center"/>
          </w:tcPr>
          <w:p w14:paraId="5AC301A5" w14:textId="77777777" w:rsidR="006A5CF0" w:rsidRDefault="006A5CF0">
            <w:pPr>
              <w:spacing w:after="0"/>
            </w:pPr>
          </w:p>
        </w:tc>
      </w:tr>
      <w:tr w:rsidR="006A5CF0" w14:paraId="2C5F7181" w14:textId="77777777">
        <w:trPr>
          <w:jc w:val="center"/>
        </w:trPr>
        <w:tc>
          <w:tcPr>
            <w:tcW w:w="504" w:type="dxa"/>
            <w:vAlign w:val="center"/>
          </w:tcPr>
          <w:p w14:paraId="04CCA239" w14:textId="77777777" w:rsidR="006A5CF0" w:rsidRDefault="001B4046">
            <w:pPr>
              <w:spacing w:after="0"/>
            </w:pPr>
            <w:r>
              <w:rPr>
                <w:sz w:val="16"/>
              </w:rPr>
              <w:t>3</w:t>
            </w:r>
          </w:p>
        </w:tc>
        <w:tc>
          <w:tcPr>
            <w:tcW w:w="2520" w:type="dxa"/>
            <w:vAlign w:val="center"/>
          </w:tcPr>
          <w:p w14:paraId="39780693" w14:textId="77777777" w:rsidR="006A5CF0" w:rsidRDefault="006A5CF0">
            <w:pPr>
              <w:spacing w:after="0"/>
            </w:pPr>
          </w:p>
        </w:tc>
        <w:tc>
          <w:tcPr>
            <w:tcW w:w="1296" w:type="dxa"/>
            <w:vAlign w:val="center"/>
          </w:tcPr>
          <w:p w14:paraId="4CA11323" w14:textId="77777777" w:rsidR="006A5CF0" w:rsidRDefault="006A5CF0">
            <w:pPr>
              <w:spacing w:after="0"/>
            </w:pPr>
          </w:p>
        </w:tc>
        <w:tc>
          <w:tcPr>
            <w:tcW w:w="1440" w:type="dxa"/>
            <w:vAlign w:val="center"/>
          </w:tcPr>
          <w:p w14:paraId="5A680878" w14:textId="77777777" w:rsidR="006A5CF0" w:rsidRDefault="006A5CF0">
            <w:pPr>
              <w:spacing w:after="0"/>
            </w:pPr>
          </w:p>
        </w:tc>
        <w:tc>
          <w:tcPr>
            <w:tcW w:w="1440" w:type="dxa"/>
            <w:vAlign w:val="center"/>
          </w:tcPr>
          <w:p w14:paraId="6419CCDE" w14:textId="77777777" w:rsidR="006A5CF0" w:rsidRDefault="006A5CF0">
            <w:pPr>
              <w:spacing w:after="0"/>
            </w:pPr>
          </w:p>
        </w:tc>
        <w:tc>
          <w:tcPr>
            <w:tcW w:w="2592" w:type="dxa"/>
            <w:vAlign w:val="center"/>
          </w:tcPr>
          <w:p w14:paraId="4CD5425B" w14:textId="77777777" w:rsidR="006A5CF0" w:rsidRDefault="006A5CF0">
            <w:pPr>
              <w:spacing w:after="0"/>
            </w:pPr>
          </w:p>
        </w:tc>
      </w:tr>
    </w:tbl>
    <w:p w14:paraId="64923089" w14:textId="77777777" w:rsidR="006A5CF0" w:rsidRDefault="006A5CF0">
      <w:pPr>
        <w:spacing w:after="0"/>
      </w:pPr>
    </w:p>
    <w:p w14:paraId="575CED55" w14:textId="77777777" w:rsidR="006A5CF0" w:rsidRPr="00044620" w:rsidRDefault="001B4046">
      <w:pPr>
        <w:pStyle w:val="Ttulo2"/>
        <w:rPr>
          <w:lang w:val="es-CO"/>
        </w:rPr>
      </w:pPr>
      <w:r w:rsidRPr="00044620">
        <w:rPr>
          <w:lang w:val="es-CO"/>
        </w:rPr>
        <w:t>3.4. Cambios o ajustes al proyecto original</w:t>
      </w:r>
    </w:p>
    <w:p w14:paraId="2309AF7F" w14:textId="77777777" w:rsidR="006A5CF0" w:rsidRPr="00044620" w:rsidRDefault="001B4046">
      <w:pPr>
        <w:rPr>
          <w:lang w:val="es-CO"/>
        </w:rPr>
      </w:pPr>
      <w:r w:rsidRPr="00044620">
        <w:rPr>
          <w:lang w:val="es-CO"/>
        </w:rPr>
        <w:t>En caso de haber realizado modificaciones al proyecto aprobado, justifique cada cambio (fuerza mayor, caso fortuito, recomendaciones del jurado, etc.) y adjunte los soportes de aprobación por parte del IPCC.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448"/>
        <w:gridCol w:w="3600"/>
        <w:gridCol w:w="1872"/>
        <w:gridCol w:w="1872"/>
      </w:tblGrid>
      <w:tr w:rsidR="006A5CF0" w14:paraId="383BF9A2" w14:textId="77777777">
        <w:trPr>
          <w:jc w:val="center"/>
        </w:trPr>
        <w:tc>
          <w:tcPr>
            <w:tcW w:w="2448" w:type="dxa"/>
            <w:shd w:val="clear" w:color="auto" w:fill="D9E2F3"/>
            <w:vAlign w:val="center"/>
          </w:tcPr>
          <w:p w14:paraId="459E57E7" w14:textId="77777777" w:rsidR="006A5CF0" w:rsidRDefault="001B4046">
            <w:pPr>
              <w:spacing w:after="0"/>
            </w:pPr>
            <w:r>
              <w:rPr>
                <w:b/>
                <w:sz w:val="16"/>
              </w:rPr>
              <w:t>Cambio realizado</w:t>
            </w:r>
          </w:p>
        </w:tc>
        <w:tc>
          <w:tcPr>
            <w:tcW w:w="3600" w:type="dxa"/>
            <w:shd w:val="clear" w:color="auto" w:fill="D9E2F3"/>
            <w:vAlign w:val="center"/>
          </w:tcPr>
          <w:p w14:paraId="669F1EAB" w14:textId="77777777" w:rsidR="006A5CF0" w:rsidRDefault="001B4046">
            <w:pPr>
              <w:spacing w:after="0"/>
            </w:pPr>
            <w:r>
              <w:rPr>
                <w:b/>
                <w:sz w:val="16"/>
              </w:rPr>
              <w:t>Justificación</w:t>
            </w:r>
          </w:p>
        </w:tc>
        <w:tc>
          <w:tcPr>
            <w:tcW w:w="1872" w:type="dxa"/>
            <w:shd w:val="clear" w:color="auto" w:fill="D9E2F3"/>
            <w:vAlign w:val="center"/>
          </w:tcPr>
          <w:p w14:paraId="01687997" w14:textId="77777777" w:rsidR="006A5CF0" w:rsidRPr="00044620" w:rsidRDefault="001B4046">
            <w:pPr>
              <w:spacing w:after="0"/>
              <w:rPr>
                <w:lang w:val="es-CO"/>
              </w:rPr>
            </w:pPr>
            <w:r w:rsidRPr="00044620">
              <w:rPr>
                <w:b/>
                <w:sz w:val="16"/>
                <w:lang w:val="es-CO"/>
              </w:rPr>
              <w:t>Fecha de aprobación por el IPCC</w:t>
            </w:r>
          </w:p>
        </w:tc>
        <w:tc>
          <w:tcPr>
            <w:tcW w:w="1872" w:type="dxa"/>
            <w:shd w:val="clear" w:color="auto" w:fill="D9E2F3"/>
            <w:vAlign w:val="center"/>
          </w:tcPr>
          <w:p w14:paraId="200D45D0" w14:textId="77777777" w:rsidR="006A5CF0" w:rsidRDefault="001B4046">
            <w:pPr>
              <w:spacing w:after="0"/>
            </w:pPr>
            <w:r>
              <w:rPr>
                <w:b/>
                <w:sz w:val="16"/>
              </w:rPr>
              <w:t>Soporte</w:t>
            </w:r>
          </w:p>
        </w:tc>
      </w:tr>
      <w:tr w:rsidR="006A5CF0" w14:paraId="0CD8F554" w14:textId="77777777">
        <w:trPr>
          <w:jc w:val="center"/>
        </w:trPr>
        <w:tc>
          <w:tcPr>
            <w:tcW w:w="2448" w:type="dxa"/>
            <w:vAlign w:val="center"/>
          </w:tcPr>
          <w:p w14:paraId="6FE47C40" w14:textId="77777777" w:rsidR="006A5CF0" w:rsidRDefault="006A5CF0">
            <w:pPr>
              <w:spacing w:after="0"/>
            </w:pPr>
          </w:p>
        </w:tc>
        <w:tc>
          <w:tcPr>
            <w:tcW w:w="3600" w:type="dxa"/>
            <w:vAlign w:val="center"/>
          </w:tcPr>
          <w:p w14:paraId="2B7F94D8" w14:textId="77777777" w:rsidR="006A5CF0" w:rsidRDefault="006A5CF0">
            <w:pPr>
              <w:spacing w:after="0"/>
            </w:pPr>
          </w:p>
        </w:tc>
        <w:tc>
          <w:tcPr>
            <w:tcW w:w="1872" w:type="dxa"/>
            <w:vAlign w:val="center"/>
          </w:tcPr>
          <w:p w14:paraId="587DE408" w14:textId="77777777" w:rsidR="006A5CF0" w:rsidRDefault="006A5CF0">
            <w:pPr>
              <w:spacing w:after="0"/>
            </w:pPr>
          </w:p>
        </w:tc>
        <w:tc>
          <w:tcPr>
            <w:tcW w:w="1872" w:type="dxa"/>
            <w:vAlign w:val="center"/>
          </w:tcPr>
          <w:p w14:paraId="70A1DE45" w14:textId="77777777" w:rsidR="006A5CF0" w:rsidRDefault="006A5CF0">
            <w:pPr>
              <w:spacing w:after="0"/>
            </w:pPr>
          </w:p>
        </w:tc>
      </w:tr>
    </w:tbl>
    <w:p w14:paraId="7A485F85" w14:textId="77777777" w:rsidR="006A5CF0" w:rsidRDefault="006A5CF0">
      <w:pPr>
        <w:spacing w:after="0"/>
      </w:pPr>
    </w:p>
    <w:p w14:paraId="45856083" w14:textId="77777777" w:rsidR="006A5CF0" w:rsidRPr="00044620" w:rsidRDefault="001B4046">
      <w:pPr>
        <w:pStyle w:val="Ttulo1"/>
        <w:spacing w:before="160" w:after="100"/>
        <w:rPr>
          <w:lang w:val="es-CO"/>
        </w:rPr>
      </w:pPr>
      <w:r w:rsidRPr="00044620">
        <w:rPr>
          <w:lang w:val="es-CO"/>
        </w:rPr>
        <w:t>4. Productos entregables según línea de participación</w:t>
      </w:r>
    </w:p>
    <w:p w14:paraId="28D44A59" w14:textId="77777777" w:rsidR="006A5CF0" w:rsidRPr="00044620" w:rsidRDefault="001B4046">
      <w:pPr>
        <w:pStyle w:val="Ttulo2"/>
        <w:rPr>
          <w:lang w:val="es-CO"/>
        </w:rPr>
      </w:pPr>
      <w:r w:rsidRPr="00044620">
        <w:rPr>
          <w:lang w:val="es-CO"/>
        </w:rPr>
        <w:t>4.1. Líneas de creación y producción audiovisual</w:t>
      </w:r>
    </w:p>
    <w:p w14:paraId="7334FA1E" w14:textId="77777777" w:rsidR="006A5CF0" w:rsidRPr="00044620" w:rsidRDefault="001B4046">
      <w:pPr>
        <w:rPr>
          <w:lang w:val="es-CO"/>
        </w:rPr>
      </w:pPr>
      <w:r w:rsidRPr="00044620">
        <w:rPr>
          <w:lang w:val="es-CO"/>
        </w:rPr>
        <w:t>Cortometraje de ficción, documental, animación y corto universitario.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944"/>
        <w:gridCol w:w="1440"/>
        <w:gridCol w:w="1440"/>
        <w:gridCol w:w="1080"/>
        <w:gridCol w:w="1440"/>
        <w:gridCol w:w="1152"/>
        <w:gridCol w:w="1296"/>
      </w:tblGrid>
      <w:tr w:rsidR="006A5CF0" w14:paraId="40F13D5A" w14:textId="77777777">
        <w:trPr>
          <w:jc w:val="center"/>
        </w:trPr>
        <w:tc>
          <w:tcPr>
            <w:tcW w:w="1944" w:type="dxa"/>
            <w:shd w:val="clear" w:color="auto" w:fill="D9E2F3"/>
            <w:vAlign w:val="center"/>
          </w:tcPr>
          <w:p w14:paraId="526C3D2B" w14:textId="77777777" w:rsidR="006A5CF0" w:rsidRDefault="001B4046">
            <w:pPr>
              <w:spacing w:after="0"/>
            </w:pPr>
            <w:r>
              <w:rPr>
                <w:b/>
                <w:sz w:val="16"/>
              </w:rPr>
              <w:t>Producto</w:t>
            </w:r>
          </w:p>
        </w:tc>
        <w:tc>
          <w:tcPr>
            <w:tcW w:w="1440" w:type="dxa"/>
            <w:shd w:val="clear" w:color="auto" w:fill="D9E2F3"/>
            <w:vAlign w:val="center"/>
          </w:tcPr>
          <w:p w14:paraId="1D738698" w14:textId="77777777" w:rsidR="006A5CF0" w:rsidRDefault="001B4046">
            <w:pPr>
              <w:spacing w:after="0"/>
            </w:pPr>
            <w:r>
              <w:rPr>
                <w:b/>
                <w:sz w:val="16"/>
              </w:rPr>
              <w:t>Descripción</w:t>
            </w:r>
          </w:p>
        </w:tc>
        <w:tc>
          <w:tcPr>
            <w:tcW w:w="1440" w:type="dxa"/>
            <w:shd w:val="clear" w:color="auto" w:fill="D9E2F3"/>
            <w:vAlign w:val="center"/>
          </w:tcPr>
          <w:p w14:paraId="73FF453D" w14:textId="77777777" w:rsidR="006A5CF0" w:rsidRDefault="001B4046">
            <w:pPr>
              <w:spacing w:after="0"/>
            </w:pPr>
            <w:r>
              <w:rPr>
                <w:b/>
                <w:sz w:val="16"/>
              </w:rPr>
              <w:t>Enlace de descarga</w:t>
            </w:r>
          </w:p>
        </w:tc>
        <w:tc>
          <w:tcPr>
            <w:tcW w:w="1080" w:type="dxa"/>
            <w:shd w:val="clear" w:color="auto" w:fill="D9E2F3"/>
            <w:vAlign w:val="center"/>
          </w:tcPr>
          <w:p w14:paraId="23103511" w14:textId="77777777" w:rsidR="006A5CF0" w:rsidRDefault="001B4046">
            <w:pPr>
              <w:spacing w:after="0"/>
            </w:pPr>
            <w:r>
              <w:rPr>
                <w:b/>
                <w:sz w:val="16"/>
              </w:rPr>
              <w:t>Formato</w:t>
            </w:r>
          </w:p>
        </w:tc>
        <w:tc>
          <w:tcPr>
            <w:tcW w:w="1440" w:type="dxa"/>
            <w:shd w:val="clear" w:color="auto" w:fill="D9E2F3"/>
            <w:vAlign w:val="center"/>
          </w:tcPr>
          <w:p w14:paraId="3FD0830D" w14:textId="77777777" w:rsidR="006A5CF0" w:rsidRDefault="001B4046">
            <w:pPr>
              <w:spacing w:after="0"/>
            </w:pPr>
            <w:r>
              <w:rPr>
                <w:b/>
                <w:sz w:val="16"/>
              </w:rPr>
              <w:t>Resolución</w:t>
            </w:r>
          </w:p>
        </w:tc>
        <w:tc>
          <w:tcPr>
            <w:tcW w:w="1152" w:type="dxa"/>
            <w:shd w:val="clear" w:color="auto" w:fill="D9E2F3"/>
            <w:vAlign w:val="center"/>
          </w:tcPr>
          <w:p w14:paraId="3D405434" w14:textId="77777777" w:rsidR="006A5CF0" w:rsidRDefault="001B4046">
            <w:pPr>
              <w:spacing w:after="0"/>
            </w:pPr>
            <w:r>
              <w:rPr>
                <w:b/>
                <w:sz w:val="16"/>
              </w:rPr>
              <w:t>Duración</w:t>
            </w:r>
          </w:p>
        </w:tc>
        <w:tc>
          <w:tcPr>
            <w:tcW w:w="1296" w:type="dxa"/>
            <w:shd w:val="clear" w:color="auto" w:fill="D9E2F3"/>
            <w:vAlign w:val="center"/>
          </w:tcPr>
          <w:p w14:paraId="67EB177E" w14:textId="77777777" w:rsidR="006A5CF0" w:rsidRDefault="001B4046">
            <w:pPr>
              <w:spacing w:after="0"/>
            </w:pPr>
            <w:r>
              <w:rPr>
                <w:b/>
                <w:sz w:val="16"/>
              </w:rPr>
              <w:t>Fecha de entrega</w:t>
            </w:r>
          </w:p>
        </w:tc>
      </w:tr>
      <w:tr w:rsidR="006A5CF0" w14:paraId="36D4B0CB" w14:textId="77777777">
        <w:trPr>
          <w:jc w:val="center"/>
        </w:trPr>
        <w:tc>
          <w:tcPr>
            <w:tcW w:w="1944" w:type="dxa"/>
            <w:vAlign w:val="center"/>
          </w:tcPr>
          <w:p w14:paraId="01CB73DA" w14:textId="77777777" w:rsidR="006A5CF0" w:rsidRDefault="001B4046">
            <w:pPr>
              <w:spacing w:after="0"/>
            </w:pPr>
            <w:r>
              <w:rPr>
                <w:sz w:val="16"/>
              </w:rPr>
              <w:t>Cortometraje final</w:t>
            </w:r>
          </w:p>
        </w:tc>
        <w:tc>
          <w:tcPr>
            <w:tcW w:w="1440" w:type="dxa"/>
            <w:vAlign w:val="center"/>
          </w:tcPr>
          <w:p w14:paraId="7528109D" w14:textId="77777777" w:rsidR="006A5CF0" w:rsidRDefault="006A5CF0">
            <w:pPr>
              <w:spacing w:after="0"/>
            </w:pPr>
          </w:p>
        </w:tc>
        <w:tc>
          <w:tcPr>
            <w:tcW w:w="1440" w:type="dxa"/>
            <w:vAlign w:val="center"/>
          </w:tcPr>
          <w:p w14:paraId="1D124D80" w14:textId="77777777" w:rsidR="006A5CF0" w:rsidRDefault="006A5CF0">
            <w:pPr>
              <w:spacing w:after="0"/>
            </w:pPr>
          </w:p>
        </w:tc>
        <w:tc>
          <w:tcPr>
            <w:tcW w:w="1080" w:type="dxa"/>
            <w:vAlign w:val="center"/>
          </w:tcPr>
          <w:p w14:paraId="6233F8A5" w14:textId="77777777" w:rsidR="006A5CF0" w:rsidRDefault="001B4046">
            <w:pPr>
              <w:spacing w:after="0"/>
            </w:pPr>
            <w:r>
              <w:rPr>
                <w:sz w:val="16"/>
              </w:rPr>
              <w:t>MP4 H.264</w:t>
            </w:r>
          </w:p>
        </w:tc>
        <w:tc>
          <w:tcPr>
            <w:tcW w:w="1440" w:type="dxa"/>
            <w:vAlign w:val="center"/>
          </w:tcPr>
          <w:p w14:paraId="7ED6C747" w14:textId="77777777" w:rsidR="006A5CF0" w:rsidRPr="00044620" w:rsidRDefault="001B4046">
            <w:pPr>
              <w:spacing w:after="0"/>
              <w:rPr>
                <w:lang w:val="es-CO"/>
              </w:rPr>
            </w:pPr>
            <w:r w:rsidRPr="00044620">
              <w:rPr>
                <w:sz w:val="16"/>
                <w:lang w:val="es-CO"/>
              </w:rPr>
              <w:t>1920x1080 o 3840x2160; mínimo 24 fps</w:t>
            </w:r>
          </w:p>
        </w:tc>
        <w:tc>
          <w:tcPr>
            <w:tcW w:w="1152" w:type="dxa"/>
            <w:vAlign w:val="center"/>
          </w:tcPr>
          <w:p w14:paraId="10A7D9DE" w14:textId="77777777" w:rsidR="006A5CF0" w:rsidRDefault="001B4046">
            <w:pPr>
              <w:spacing w:after="0"/>
            </w:pPr>
            <w:r>
              <w:rPr>
                <w:sz w:val="16"/>
              </w:rPr>
              <w:t>Mínimo 7 min</w:t>
            </w:r>
          </w:p>
        </w:tc>
        <w:tc>
          <w:tcPr>
            <w:tcW w:w="1296" w:type="dxa"/>
            <w:vAlign w:val="center"/>
          </w:tcPr>
          <w:p w14:paraId="125DE2DB" w14:textId="77777777" w:rsidR="006A5CF0" w:rsidRDefault="006A5CF0">
            <w:pPr>
              <w:spacing w:after="0"/>
            </w:pPr>
          </w:p>
        </w:tc>
      </w:tr>
      <w:tr w:rsidR="006A5CF0" w14:paraId="3F141F2C" w14:textId="77777777">
        <w:trPr>
          <w:jc w:val="center"/>
        </w:trPr>
        <w:tc>
          <w:tcPr>
            <w:tcW w:w="1944" w:type="dxa"/>
            <w:vAlign w:val="center"/>
          </w:tcPr>
          <w:p w14:paraId="188F2F4B" w14:textId="77777777" w:rsidR="006A5CF0" w:rsidRPr="00044620" w:rsidRDefault="001B4046">
            <w:pPr>
              <w:spacing w:after="0"/>
              <w:rPr>
                <w:lang w:val="es-CO"/>
              </w:rPr>
            </w:pPr>
            <w:r w:rsidRPr="00044620">
              <w:rPr>
                <w:sz w:val="16"/>
                <w:lang w:val="es-CO"/>
              </w:rPr>
              <w:t>Certificado de registro de derecho de autor en trámite (DNDA)</w:t>
            </w:r>
          </w:p>
        </w:tc>
        <w:tc>
          <w:tcPr>
            <w:tcW w:w="1440" w:type="dxa"/>
            <w:vAlign w:val="center"/>
          </w:tcPr>
          <w:p w14:paraId="48161807" w14:textId="77777777" w:rsidR="006A5CF0" w:rsidRPr="00044620" w:rsidRDefault="006A5CF0">
            <w:pPr>
              <w:spacing w:after="0"/>
              <w:rPr>
                <w:lang w:val="es-CO"/>
              </w:rPr>
            </w:pPr>
          </w:p>
        </w:tc>
        <w:tc>
          <w:tcPr>
            <w:tcW w:w="1440" w:type="dxa"/>
            <w:vAlign w:val="center"/>
          </w:tcPr>
          <w:p w14:paraId="12A49ED6" w14:textId="77777777" w:rsidR="006A5CF0" w:rsidRPr="00044620" w:rsidRDefault="006A5CF0">
            <w:pPr>
              <w:spacing w:after="0"/>
              <w:rPr>
                <w:lang w:val="es-CO"/>
              </w:rPr>
            </w:pPr>
          </w:p>
        </w:tc>
        <w:tc>
          <w:tcPr>
            <w:tcW w:w="1080" w:type="dxa"/>
            <w:vAlign w:val="center"/>
          </w:tcPr>
          <w:p w14:paraId="506E267F" w14:textId="77777777" w:rsidR="006A5CF0" w:rsidRDefault="001B4046">
            <w:pPr>
              <w:spacing w:after="0"/>
            </w:pPr>
            <w:r>
              <w:rPr>
                <w:sz w:val="16"/>
              </w:rPr>
              <w:t>PDF</w:t>
            </w:r>
          </w:p>
        </w:tc>
        <w:tc>
          <w:tcPr>
            <w:tcW w:w="1440" w:type="dxa"/>
            <w:vAlign w:val="center"/>
          </w:tcPr>
          <w:p w14:paraId="2CC7BD2A" w14:textId="77777777" w:rsidR="006A5CF0" w:rsidRDefault="001B4046">
            <w:pPr>
              <w:spacing w:after="0"/>
            </w:pPr>
            <w:r>
              <w:rPr>
                <w:sz w:val="16"/>
              </w:rPr>
              <w:t>—</w:t>
            </w:r>
          </w:p>
        </w:tc>
        <w:tc>
          <w:tcPr>
            <w:tcW w:w="1152" w:type="dxa"/>
            <w:vAlign w:val="center"/>
          </w:tcPr>
          <w:p w14:paraId="05B0C4BC" w14:textId="77777777" w:rsidR="006A5CF0" w:rsidRDefault="001B4046">
            <w:pPr>
              <w:spacing w:after="0"/>
            </w:pPr>
            <w:r>
              <w:rPr>
                <w:sz w:val="16"/>
              </w:rPr>
              <w:t>—</w:t>
            </w:r>
          </w:p>
        </w:tc>
        <w:tc>
          <w:tcPr>
            <w:tcW w:w="1296" w:type="dxa"/>
            <w:vAlign w:val="center"/>
          </w:tcPr>
          <w:p w14:paraId="697816EB" w14:textId="77777777" w:rsidR="006A5CF0" w:rsidRDefault="006A5CF0">
            <w:pPr>
              <w:spacing w:after="0"/>
            </w:pPr>
          </w:p>
        </w:tc>
      </w:tr>
      <w:tr w:rsidR="006A5CF0" w14:paraId="12715E9C" w14:textId="77777777">
        <w:trPr>
          <w:jc w:val="center"/>
        </w:trPr>
        <w:tc>
          <w:tcPr>
            <w:tcW w:w="1944" w:type="dxa"/>
            <w:vAlign w:val="center"/>
          </w:tcPr>
          <w:p w14:paraId="01FCA0BF" w14:textId="77777777" w:rsidR="006A5CF0" w:rsidRPr="00044620" w:rsidRDefault="001B4046">
            <w:pPr>
              <w:spacing w:after="0"/>
              <w:rPr>
                <w:lang w:val="es-CO"/>
              </w:rPr>
            </w:pPr>
            <w:r w:rsidRPr="00044620">
              <w:rPr>
                <w:sz w:val="16"/>
                <w:lang w:val="es-CO"/>
              </w:rPr>
              <w:t>Certificado de documento en trámite de reconocimiento de producto nacional (DACMI)</w:t>
            </w:r>
          </w:p>
        </w:tc>
        <w:tc>
          <w:tcPr>
            <w:tcW w:w="1440" w:type="dxa"/>
            <w:vAlign w:val="center"/>
          </w:tcPr>
          <w:p w14:paraId="53AF76FC" w14:textId="77777777" w:rsidR="006A5CF0" w:rsidRPr="00044620" w:rsidRDefault="006A5CF0">
            <w:pPr>
              <w:spacing w:after="0"/>
              <w:rPr>
                <w:lang w:val="es-CO"/>
              </w:rPr>
            </w:pPr>
          </w:p>
        </w:tc>
        <w:tc>
          <w:tcPr>
            <w:tcW w:w="1440" w:type="dxa"/>
            <w:vAlign w:val="center"/>
          </w:tcPr>
          <w:p w14:paraId="0D7472DA" w14:textId="77777777" w:rsidR="006A5CF0" w:rsidRPr="00044620" w:rsidRDefault="006A5CF0">
            <w:pPr>
              <w:spacing w:after="0"/>
              <w:rPr>
                <w:lang w:val="es-CO"/>
              </w:rPr>
            </w:pPr>
          </w:p>
        </w:tc>
        <w:tc>
          <w:tcPr>
            <w:tcW w:w="1080" w:type="dxa"/>
            <w:vAlign w:val="center"/>
          </w:tcPr>
          <w:p w14:paraId="4766BC62" w14:textId="77777777" w:rsidR="006A5CF0" w:rsidRDefault="001B4046">
            <w:pPr>
              <w:spacing w:after="0"/>
            </w:pPr>
            <w:r>
              <w:rPr>
                <w:sz w:val="16"/>
              </w:rPr>
              <w:t>PDF</w:t>
            </w:r>
          </w:p>
        </w:tc>
        <w:tc>
          <w:tcPr>
            <w:tcW w:w="1440" w:type="dxa"/>
            <w:vAlign w:val="center"/>
          </w:tcPr>
          <w:p w14:paraId="4B55D55E" w14:textId="77777777" w:rsidR="006A5CF0" w:rsidRDefault="001B4046">
            <w:pPr>
              <w:spacing w:after="0"/>
            </w:pPr>
            <w:r>
              <w:rPr>
                <w:sz w:val="16"/>
              </w:rPr>
              <w:t>—</w:t>
            </w:r>
          </w:p>
        </w:tc>
        <w:tc>
          <w:tcPr>
            <w:tcW w:w="1152" w:type="dxa"/>
            <w:vAlign w:val="center"/>
          </w:tcPr>
          <w:p w14:paraId="36E741DA" w14:textId="77777777" w:rsidR="006A5CF0" w:rsidRDefault="001B4046">
            <w:pPr>
              <w:spacing w:after="0"/>
            </w:pPr>
            <w:r>
              <w:rPr>
                <w:sz w:val="16"/>
              </w:rPr>
              <w:t>—</w:t>
            </w:r>
          </w:p>
        </w:tc>
        <w:tc>
          <w:tcPr>
            <w:tcW w:w="1296" w:type="dxa"/>
            <w:vAlign w:val="center"/>
          </w:tcPr>
          <w:p w14:paraId="60D625B4" w14:textId="77777777" w:rsidR="006A5CF0" w:rsidRDefault="006A5CF0">
            <w:pPr>
              <w:spacing w:after="0"/>
            </w:pPr>
          </w:p>
        </w:tc>
      </w:tr>
      <w:tr w:rsidR="006A5CF0" w14:paraId="76176E5D" w14:textId="77777777">
        <w:trPr>
          <w:jc w:val="center"/>
        </w:trPr>
        <w:tc>
          <w:tcPr>
            <w:tcW w:w="1944" w:type="dxa"/>
            <w:vAlign w:val="center"/>
          </w:tcPr>
          <w:p w14:paraId="22472F96" w14:textId="77777777" w:rsidR="006A5CF0" w:rsidRPr="00044620" w:rsidRDefault="001B4046">
            <w:pPr>
              <w:spacing w:after="0"/>
              <w:rPr>
                <w:lang w:val="es-CO"/>
              </w:rPr>
            </w:pPr>
            <w:r w:rsidRPr="00044620">
              <w:rPr>
                <w:sz w:val="16"/>
                <w:lang w:val="es-CO"/>
              </w:rPr>
              <w:t>Autorizaciones de uso de imagen de terceros</w:t>
            </w:r>
          </w:p>
        </w:tc>
        <w:tc>
          <w:tcPr>
            <w:tcW w:w="1440" w:type="dxa"/>
            <w:vAlign w:val="center"/>
          </w:tcPr>
          <w:p w14:paraId="1FF947B7" w14:textId="77777777" w:rsidR="006A5CF0" w:rsidRPr="00044620" w:rsidRDefault="006A5CF0">
            <w:pPr>
              <w:spacing w:after="0"/>
              <w:rPr>
                <w:lang w:val="es-CO"/>
              </w:rPr>
            </w:pPr>
          </w:p>
        </w:tc>
        <w:tc>
          <w:tcPr>
            <w:tcW w:w="1440" w:type="dxa"/>
            <w:vAlign w:val="center"/>
          </w:tcPr>
          <w:p w14:paraId="3940F021" w14:textId="77777777" w:rsidR="006A5CF0" w:rsidRPr="00044620" w:rsidRDefault="006A5CF0">
            <w:pPr>
              <w:spacing w:after="0"/>
              <w:rPr>
                <w:lang w:val="es-CO"/>
              </w:rPr>
            </w:pPr>
          </w:p>
        </w:tc>
        <w:tc>
          <w:tcPr>
            <w:tcW w:w="1080" w:type="dxa"/>
            <w:vAlign w:val="center"/>
          </w:tcPr>
          <w:p w14:paraId="0B48E1C1" w14:textId="77777777" w:rsidR="006A5CF0" w:rsidRDefault="001B4046">
            <w:pPr>
              <w:spacing w:after="0"/>
            </w:pPr>
            <w:r>
              <w:rPr>
                <w:sz w:val="16"/>
              </w:rPr>
              <w:t>PDF</w:t>
            </w:r>
          </w:p>
        </w:tc>
        <w:tc>
          <w:tcPr>
            <w:tcW w:w="1440" w:type="dxa"/>
            <w:vAlign w:val="center"/>
          </w:tcPr>
          <w:p w14:paraId="060972B2" w14:textId="77777777" w:rsidR="006A5CF0" w:rsidRDefault="001B4046">
            <w:pPr>
              <w:spacing w:after="0"/>
            </w:pPr>
            <w:r>
              <w:rPr>
                <w:sz w:val="16"/>
              </w:rPr>
              <w:t>—</w:t>
            </w:r>
          </w:p>
        </w:tc>
        <w:tc>
          <w:tcPr>
            <w:tcW w:w="1152" w:type="dxa"/>
            <w:vAlign w:val="center"/>
          </w:tcPr>
          <w:p w14:paraId="3381D861" w14:textId="77777777" w:rsidR="006A5CF0" w:rsidRDefault="001B4046">
            <w:pPr>
              <w:spacing w:after="0"/>
            </w:pPr>
            <w:r>
              <w:rPr>
                <w:sz w:val="16"/>
              </w:rPr>
              <w:t>—</w:t>
            </w:r>
          </w:p>
        </w:tc>
        <w:tc>
          <w:tcPr>
            <w:tcW w:w="1296" w:type="dxa"/>
            <w:vAlign w:val="center"/>
          </w:tcPr>
          <w:p w14:paraId="1756C02E" w14:textId="77777777" w:rsidR="006A5CF0" w:rsidRDefault="006A5CF0">
            <w:pPr>
              <w:spacing w:after="0"/>
            </w:pPr>
          </w:p>
        </w:tc>
      </w:tr>
      <w:tr w:rsidR="006A5CF0" w14:paraId="47CB31FC" w14:textId="77777777">
        <w:trPr>
          <w:jc w:val="center"/>
        </w:trPr>
        <w:tc>
          <w:tcPr>
            <w:tcW w:w="1944" w:type="dxa"/>
            <w:vAlign w:val="center"/>
          </w:tcPr>
          <w:p w14:paraId="7BF1D4D3" w14:textId="77777777" w:rsidR="006A5CF0" w:rsidRPr="00044620" w:rsidRDefault="001B4046">
            <w:pPr>
              <w:spacing w:after="0"/>
              <w:rPr>
                <w:lang w:val="es-CO"/>
              </w:rPr>
            </w:pPr>
            <w:r w:rsidRPr="00044620">
              <w:rPr>
                <w:sz w:val="16"/>
                <w:lang w:val="es-CO"/>
              </w:rPr>
              <w:t>Autorización de participación de menores de edad (si aplica)</w:t>
            </w:r>
          </w:p>
        </w:tc>
        <w:tc>
          <w:tcPr>
            <w:tcW w:w="1440" w:type="dxa"/>
            <w:vAlign w:val="center"/>
          </w:tcPr>
          <w:p w14:paraId="077EAA5A" w14:textId="77777777" w:rsidR="006A5CF0" w:rsidRPr="00044620" w:rsidRDefault="006A5CF0">
            <w:pPr>
              <w:spacing w:after="0"/>
              <w:rPr>
                <w:lang w:val="es-CO"/>
              </w:rPr>
            </w:pPr>
          </w:p>
        </w:tc>
        <w:tc>
          <w:tcPr>
            <w:tcW w:w="1440" w:type="dxa"/>
            <w:vAlign w:val="center"/>
          </w:tcPr>
          <w:p w14:paraId="2159F060" w14:textId="77777777" w:rsidR="006A5CF0" w:rsidRPr="00044620" w:rsidRDefault="006A5CF0">
            <w:pPr>
              <w:spacing w:after="0"/>
              <w:rPr>
                <w:lang w:val="es-CO"/>
              </w:rPr>
            </w:pPr>
          </w:p>
        </w:tc>
        <w:tc>
          <w:tcPr>
            <w:tcW w:w="1080" w:type="dxa"/>
            <w:vAlign w:val="center"/>
          </w:tcPr>
          <w:p w14:paraId="126756C3" w14:textId="77777777" w:rsidR="006A5CF0" w:rsidRDefault="001B4046">
            <w:pPr>
              <w:spacing w:after="0"/>
            </w:pPr>
            <w:r>
              <w:rPr>
                <w:sz w:val="16"/>
              </w:rPr>
              <w:t>PDF</w:t>
            </w:r>
          </w:p>
        </w:tc>
        <w:tc>
          <w:tcPr>
            <w:tcW w:w="1440" w:type="dxa"/>
            <w:vAlign w:val="center"/>
          </w:tcPr>
          <w:p w14:paraId="2178400C" w14:textId="77777777" w:rsidR="006A5CF0" w:rsidRDefault="001B4046">
            <w:pPr>
              <w:spacing w:after="0"/>
            </w:pPr>
            <w:r>
              <w:rPr>
                <w:sz w:val="16"/>
              </w:rPr>
              <w:t>—</w:t>
            </w:r>
          </w:p>
        </w:tc>
        <w:tc>
          <w:tcPr>
            <w:tcW w:w="1152" w:type="dxa"/>
            <w:vAlign w:val="center"/>
          </w:tcPr>
          <w:p w14:paraId="1D3DD198" w14:textId="77777777" w:rsidR="006A5CF0" w:rsidRDefault="001B4046">
            <w:pPr>
              <w:spacing w:after="0"/>
            </w:pPr>
            <w:r>
              <w:rPr>
                <w:sz w:val="16"/>
              </w:rPr>
              <w:t>—</w:t>
            </w:r>
          </w:p>
        </w:tc>
        <w:tc>
          <w:tcPr>
            <w:tcW w:w="1296" w:type="dxa"/>
            <w:vAlign w:val="center"/>
          </w:tcPr>
          <w:p w14:paraId="679E87C3" w14:textId="77777777" w:rsidR="006A5CF0" w:rsidRDefault="006A5CF0">
            <w:pPr>
              <w:spacing w:after="0"/>
            </w:pPr>
          </w:p>
        </w:tc>
      </w:tr>
    </w:tbl>
    <w:p w14:paraId="59496AD6" w14:textId="77777777" w:rsidR="006A5CF0" w:rsidRDefault="006A5CF0">
      <w:pPr>
        <w:spacing w:after="0"/>
      </w:pPr>
    </w:p>
    <w:p w14:paraId="709468DC" w14:textId="77777777" w:rsidR="006A5CF0" w:rsidRPr="00044620" w:rsidRDefault="001B4046">
      <w:pPr>
        <w:rPr>
          <w:lang w:val="es-CO"/>
        </w:rPr>
      </w:pPr>
      <w:r w:rsidRPr="00044620">
        <w:rPr>
          <w:lang w:val="es-CO"/>
        </w:rPr>
        <w:t>Nota: El enlace de descarga debe estar alojado en una plataforma como Google Drive y permanecer disponible mínimo dos (2) años en línea, sin restricciones y permitiendo la descarga en cualquier momento.</w:t>
      </w:r>
    </w:p>
    <w:p w14:paraId="0887A6F4" w14:textId="77777777" w:rsidR="006A5CF0" w:rsidRDefault="001B4046">
      <w:pPr>
        <w:pStyle w:val="Ttulo2"/>
      </w:pPr>
      <w:r>
        <w:t>4.2. Línea de creación de podcast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088"/>
        <w:gridCol w:w="1584"/>
        <w:gridCol w:w="1584"/>
        <w:gridCol w:w="1800"/>
        <w:gridCol w:w="1440"/>
        <w:gridCol w:w="1296"/>
      </w:tblGrid>
      <w:tr w:rsidR="006A5CF0" w14:paraId="1B2AEA3A" w14:textId="77777777">
        <w:trPr>
          <w:jc w:val="center"/>
        </w:trPr>
        <w:tc>
          <w:tcPr>
            <w:tcW w:w="2088" w:type="dxa"/>
            <w:shd w:val="clear" w:color="auto" w:fill="D9E2F3"/>
            <w:vAlign w:val="center"/>
          </w:tcPr>
          <w:p w14:paraId="571C88D3" w14:textId="77777777" w:rsidR="006A5CF0" w:rsidRDefault="001B4046">
            <w:pPr>
              <w:spacing w:after="0"/>
            </w:pPr>
            <w:r>
              <w:rPr>
                <w:b/>
                <w:sz w:val="16"/>
              </w:rPr>
              <w:t>Producto</w:t>
            </w:r>
          </w:p>
        </w:tc>
        <w:tc>
          <w:tcPr>
            <w:tcW w:w="1584" w:type="dxa"/>
            <w:shd w:val="clear" w:color="auto" w:fill="D9E2F3"/>
            <w:vAlign w:val="center"/>
          </w:tcPr>
          <w:p w14:paraId="7CB9EA9A" w14:textId="77777777" w:rsidR="006A5CF0" w:rsidRDefault="001B4046">
            <w:pPr>
              <w:spacing w:after="0"/>
            </w:pPr>
            <w:r>
              <w:rPr>
                <w:b/>
                <w:sz w:val="16"/>
              </w:rPr>
              <w:t>Descripción</w:t>
            </w:r>
          </w:p>
        </w:tc>
        <w:tc>
          <w:tcPr>
            <w:tcW w:w="1584" w:type="dxa"/>
            <w:shd w:val="clear" w:color="auto" w:fill="D9E2F3"/>
            <w:vAlign w:val="center"/>
          </w:tcPr>
          <w:p w14:paraId="036A21FE" w14:textId="77777777" w:rsidR="006A5CF0" w:rsidRDefault="001B4046">
            <w:pPr>
              <w:spacing w:after="0"/>
            </w:pPr>
            <w:r>
              <w:rPr>
                <w:b/>
                <w:sz w:val="16"/>
              </w:rPr>
              <w:t>Enlace de descarga</w:t>
            </w:r>
          </w:p>
        </w:tc>
        <w:tc>
          <w:tcPr>
            <w:tcW w:w="1800" w:type="dxa"/>
            <w:shd w:val="clear" w:color="auto" w:fill="D9E2F3"/>
            <w:vAlign w:val="center"/>
          </w:tcPr>
          <w:p w14:paraId="19A6AD1F" w14:textId="77777777" w:rsidR="006A5CF0" w:rsidRDefault="001B4046">
            <w:pPr>
              <w:spacing w:after="0"/>
            </w:pPr>
            <w:r>
              <w:rPr>
                <w:b/>
                <w:sz w:val="16"/>
              </w:rPr>
              <w:t>Duración</w:t>
            </w:r>
          </w:p>
        </w:tc>
        <w:tc>
          <w:tcPr>
            <w:tcW w:w="1440" w:type="dxa"/>
            <w:shd w:val="clear" w:color="auto" w:fill="D9E2F3"/>
            <w:vAlign w:val="center"/>
          </w:tcPr>
          <w:p w14:paraId="2A4C394F" w14:textId="77777777" w:rsidR="006A5CF0" w:rsidRDefault="001B4046">
            <w:pPr>
              <w:spacing w:after="0"/>
            </w:pPr>
            <w:r>
              <w:rPr>
                <w:b/>
                <w:sz w:val="16"/>
              </w:rPr>
              <w:t>N.º de episodios</w:t>
            </w:r>
          </w:p>
        </w:tc>
        <w:tc>
          <w:tcPr>
            <w:tcW w:w="1296" w:type="dxa"/>
            <w:shd w:val="clear" w:color="auto" w:fill="D9E2F3"/>
            <w:vAlign w:val="center"/>
          </w:tcPr>
          <w:p w14:paraId="493F4445" w14:textId="77777777" w:rsidR="006A5CF0" w:rsidRDefault="001B4046">
            <w:pPr>
              <w:spacing w:after="0"/>
            </w:pPr>
            <w:r>
              <w:rPr>
                <w:b/>
                <w:sz w:val="16"/>
              </w:rPr>
              <w:t>Fecha de entrega</w:t>
            </w:r>
          </w:p>
        </w:tc>
      </w:tr>
      <w:tr w:rsidR="006A5CF0" w14:paraId="3E7181FA" w14:textId="77777777">
        <w:trPr>
          <w:jc w:val="center"/>
        </w:trPr>
        <w:tc>
          <w:tcPr>
            <w:tcW w:w="2088" w:type="dxa"/>
            <w:vAlign w:val="center"/>
          </w:tcPr>
          <w:p w14:paraId="586880C5" w14:textId="77777777" w:rsidR="006A5CF0" w:rsidRPr="00044620" w:rsidRDefault="001B4046">
            <w:pPr>
              <w:spacing w:after="0"/>
              <w:rPr>
                <w:lang w:val="es-CO"/>
              </w:rPr>
            </w:pPr>
            <w:r w:rsidRPr="00044620">
              <w:rPr>
                <w:sz w:val="16"/>
                <w:lang w:val="es-CO"/>
              </w:rPr>
              <w:t>Episodios finales editados y mezclados</w:t>
            </w:r>
          </w:p>
        </w:tc>
        <w:tc>
          <w:tcPr>
            <w:tcW w:w="1584" w:type="dxa"/>
            <w:vAlign w:val="center"/>
          </w:tcPr>
          <w:p w14:paraId="3C20ED45" w14:textId="77777777" w:rsidR="006A5CF0" w:rsidRPr="00044620" w:rsidRDefault="006A5CF0">
            <w:pPr>
              <w:spacing w:after="0"/>
              <w:rPr>
                <w:lang w:val="es-CO"/>
              </w:rPr>
            </w:pPr>
          </w:p>
        </w:tc>
        <w:tc>
          <w:tcPr>
            <w:tcW w:w="1584" w:type="dxa"/>
            <w:vAlign w:val="center"/>
          </w:tcPr>
          <w:p w14:paraId="563B3287" w14:textId="77777777" w:rsidR="006A5CF0" w:rsidRPr="00044620" w:rsidRDefault="006A5CF0">
            <w:pPr>
              <w:spacing w:after="0"/>
              <w:rPr>
                <w:lang w:val="es-CO"/>
              </w:rPr>
            </w:pPr>
          </w:p>
        </w:tc>
        <w:tc>
          <w:tcPr>
            <w:tcW w:w="1800" w:type="dxa"/>
            <w:vAlign w:val="center"/>
          </w:tcPr>
          <w:p w14:paraId="380E434E" w14:textId="77777777" w:rsidR="006A5CF0" w:rsidRPr="00044620" w:rsidRDefault="001B4046">
            <w:pPr>
              <w:spacing w:after="0"/>
              <w:rPr>
                <w:lang w:val="es-CO"/>
              </w:rPr>
            </w:pPr>
            <w:r w:rsidRPr="00044620">
              <w:rPr>
                <w:sz w:val="16"/>
                <w:lang w:val="es-CO"/>
              </w:rPr>
              <w:t>Mín. 15 min / máx. 40 min por episodio</w:t>
            </w:r>
          </w:p>
        </w:tc>
        <w:tc>
          <w:tcPr>
            <w:tcW w:w="1440" w:type="dxa"/>
            <w:vAlign w:val="center"/>
          </w:tcPr>
          <w:p w14:paraId="1638CE25" w14:textId="77777777" w:rsidR="006A5CF0" w:rsidRDefault="001B4046">
            <w:pPr>
              <w:spacing w:after="0"/>
            </w:pPr>
            <w:r>
              <w:rPr>
                <w:sz w:val="16"/>
              </w:rPr>
              <w:t>Mín. 4 episodios</w:t>
            </w:r>
          </w:p>
        </w:tc>
        <w:tc>
          <w:tcPr>
            <w:tcW w:w="1296" w:type="dxa"/>
            <w:vAlign w:val="center"/>
          </w:tcPr>
          <w:p w14:paraId="1C492DDF" w14:textId="77777777" w:rsidR="006A5CF0" w:rsidRDefault="006A5CF0">
            <w:pPr>
              <w:spacing w:after="0"/>
            </w:pPr>
          </w:p>
        </w:tc>
      </w:tr>
      <w:tr w:rsidR="006A5CF0" w14:paraId="4D311EE5" w14:textId="77777777">
        <w:trPr>
          <w:jc w:val="center"/>
        </w:trPr>
        <w:tc>
          <w:tcPr>
            <w:tcW w:w="2088" w:type="dxa"/>
            <w:vAlign w:val="center"/>
          </w:tcPr>
          <w:p w14:paraId="239435FA" w14:textId="77777777" w:rsidR="006A5CF0" w:rsidRPr="00044620" w:rsidRDefault="001B4046">
            <w:pPr>
              <w:spacing w:after="0"/>
              <w:rPr>
                <w:lang w:val="es-CO"/>
              </w:rPr>
            </w:pPr>
            <w:r w:rsidRPr="00044620">
              <w:rPr>
                <w:sz w:val="16"/>
                <w:lang w:val="es-CO"/>
              </w:rPr>
              <w:t>Certificado de registro de derecho de autor en trámite (DNDA)</w:t>
            </w:r>
          </w:p>
        </w:tc>
        <w:tc>
          <w:tcPr>
            <w:tcW w:w="1584" w:type="dxa"/>
            <w:vAlign w:val="center"/>
          </w:tcPr>
          <w:p w14:paraId="07E78FB7" w14:textId="77777777" w:rsidR="006A5CF0" w:rsidRPr="00044620" w:rsidRDefault="006A5CF0">
            <w:pPr>
              <w:spacing w:after="0"/>
              <w:rPr>
                <w:lang w:val="es-CO"/>
              </w:rPr>
            </w:pPr>
          </w:p>
        </w:tc>
        <w:tc>
          <w:tcPr>
            <w:tcW w:w="1584" w:type="dxa"/>
            <w:vAlign w:val="center"/>
          </w:tcPr>
          <w:p w14:paraId="5981156D" w14:textId="77777777" w:rsidR="006A5CF0" w:rsidRPr="00044620" w:rsidRDefault="006A5CF0">
            <w:pPr>
              <w:spacing w:after="0"/>
              <w:rPr>
                <w:lang w:val="es-CO"/>
              </w:rPr>
            </w:pPr>
          </w:p>
        </w:tc>
        <w:tc>
          <w:tcPr>
            <w:tcW w:w="1800" w:type="dxa"/>
            <w:vAlign w:val="center"/>
          </w:tcPr>
          <w:p w14:paraId="481FEE68" w14:textId="77777777" w:rsidR="006A5CF0" w:rsidRDefault="001B4046">
            <w:pPr>
              <w:spacing w:after="0"/>
            </w:pPr>
            <w:r>
              <w:rPr>
                <w:sz w:val="16"/>
              </w:rPr>
              <w:t>—</w:t>
            </w:r>
          </w:p>
        </w:tc>
        <w:tc>
          <w:tcPr>
            <w:tcW w:w="1440" w:type="dxa"/>
            <w:vAlign w:val="center"/>
          </w:tcPr>
          <w:p w14:paraId="0C09F6A2" w14:textId="77777777" w:rsidR="006A5CF0" w:rsidRDefault="001B4046">
            <w:pPr>
              <w:spacing w:after="0"/>
            </w:pPr>
            <w:r>
              <w:rPr>
                <w:sz w:val="16"/>
              </w:rPr>
              <w:t>—</w:t>
            </w:r>
          </w:p>
        </w:tc>
        <w:tc>
          <w:tcPr>
            <w:tcW w:w="1296" w:type="dxa"/>
            <w:vAlign w:val="center"/>
          </w:tcPr>
          <w:p w14:paraId="75475913" w14:textId="77777777" w:rsidR="006A5CF0" w:rsidRDefault="006A5CF0">
            <w:pPr>
              <w:spacing w:after="0"/>
            </w:pPr>
          </w:p>
        </w:tc>
      </w:tr>
      <w:tr w:rsidR="006A5CF0" w14:paraId="2113ADC1" w14:textId="77777777">
        <w:trPr>
          <w:jc w:val="center"/>
        </w:trPr>
        <w:tc>
          <w:tcPr>
            <w:tcW w:w="2088" w:type="dxa"/>
            <w:vAlign w:val="center"/>
          </w:tcPr>
          <w:p w14:paraId="707B0DBB" w14:textId="77777777" w:rsidR="006A5CF0" w:rsidRPr="00044620" w:rsidRDefault="001B4046">
            <w:pPr>
              <w:spacing w:after="0"/>
              <w:rPr>
                <w:lang w:val="es-CO"/>
              </w:rPr>
            </w:pPr>
            <w:r w:rsidRPr="00044620">
              <w:rPr>
                <w:sz w:val="16"/>
                <w:lang w:val="es-CO"/>
              </w:rPr>
              <w:t>Autorizaciones de uso de imagen de terceros</w:t>
            </w:r>
          </w:p>
        </w:tc>
        <w:tc>
          <w:tcPr>
            <w:tcW w:w="1584" w:type="dxa"/>
            <w:vAlign w:val="center"/>
          </w:tcPr>
          <w:p w14:paraId="3BCAB745" w14:textId="77777777" w:rsidR="006A5CF0" w:rsidRPr="00044620" w:rsidRDefault="006A5CF0">
            <w:pPr>
              <w:spacing w:after="0"/>
              <w:rPr>
                <w:lang w:val="es-CO"/>
              </w:rPr>
            </w:pPr>
          </w:p>
        </w:tc>
        <w:tc>
          <w:tcPr>
            <w:tcW w:w="1584" w:type="dxa"/>
            <w:vAlign w:val="center"/>
          </w:tcPr>
          <w:p w14:paraId="6AE5A11D" w14:textId="77777777" w:rsidR="006A5CF0" w:rsidRPr="00044620" w:rsidRDefault="006A5CF0">
            <w:pPr>
              <w:spacing w:after="0"/>
              <w:rPr>
                <w:lang w:val="es-CO"/>
              </w:rPr>
            </w:pPr>
          </w:p>
        </w:tc>
        <w:tc>
          <w:tcPr>
            <w:tcW w:w="1800" w:type="dxa"/>
            <w:vAlign w:val="center"/>
          </w:tcPr>
          <w:p w14:paraId="0662C794" w14:textId="77777777" w:rsidR="006A5CF0" w:rsidRDefault="001B4046">
            <w:pPr>
              <w:spacing w:after="0"/>
            </w:pPr>
            <w:r>
              <w:rPr>
                <w:sz w:val="16"/>
              </w:rPr>
              <w:t>—</w:t>
            </w:r>
          </w:p>
        </w:tc>
        <w:tc>
          <w:tcPr>
            <w:tcW w:w="1440" w:type="dxa"/>
            <w:vAlign w:val="center"/>
          </w:tcPr>
          <w:p w14:paraId="168F3DED" w14:textId="77777777" w:rsidR="006A5CF0" w:rsidRDefault="001B4046">
            <w:pPr>
              <w:spacing w:after="0"/>
            </w:pPr>
            <w:r>
              <w:rPr>
                <w:sz w:val="16"/>
              </w:rPr>
              <w:t>—</w:t>
            </w:r>
          </w:p>
        </w:tc>
        <w:tc>
          <w:tcPr>
            <w:tcW w:w="1296" w:type="dxa"/>
            <w:vAlign w:val="center"/>
          </w:tcPr>
          <w:p w14:paraId="104779AD" w14:textId="77777777" w:rsidR="006A5CF0" w:rsidRDefault="006A5CF0">
            <w:pPr>
              <w:spacing w:after="0"/>
            </w:pPr>
          </w:p>
        </w:tc>
      </w:tr>
    </w:tbl>
    <w:p w14:paraId="065C9804" w14:textId="47427F8B" w:rsidR="006A5CF0" w:rsidRPr="00A65C84" w:rsidRDefault="001B4046">
      <w:pPr>
        <w:pStyle w:val="Ttulo2"/>
        <w:rPr>
          <w:lang w:val="es-CO"/>
        </w:rPr>
      </w:pPr>
      <w:r w:rsidRPr="00A65C84">
        <w:rPr>
          <w:lang w:val="es-CO"/>
        </w:rPr>
        <w:t>4.</w:t>
      </w:r>
      <w:r w:rsidR="00A65C84" w:rsidRPr="00A65C84">
        <w:rPr>
          <w:lang w:val="es-CO"/>
        </w:rPr>
        <w:t>3</w:t>
      </w:r>
      <w:r w:rsidRPr="00A65C84">
        <w:rPr>
          <w:lang w:val="es-CO"/>
        </w:rPr>
        <w:t>. Línea de circulación – programación cineclubes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168"/>
        <w:gridCol w:w="2016"/>
        <w:gridCol w:w="2880"/>
        <w:gridCol w:w="1728"/>
      </w:tblGrid>
      <w:tr w:rsidR="006A5CF0" w14:paraId="342BE389" w14:textId="77777777">
        <w:trPr>
          <w:jc w:val="center"/>
        </w:trPr>
        <w:tc>
          <w:tcPr>
            <w:tcW w:w="3168" w:type="dxa"/>
            <w:shd w:val="clear" w:color="auto" w:fill="D9E2F3"/>
            <w:vAlign w:val="center"/>
          </w:tcPr>
          <w:p w14:paraId="2940780B" w14:textId="77777777" w:rsidR="006A5CF0" w:rsidRDefault="001B4046">
            <w:pPr>
              <w:spacing w:after="0"/>
            </w:pPr>
            <w:r>
              <w:rPr>
                <w:b/>
                <w:sz w:val="16"/>
              </w:rPr>
              <w:t>Producto / actividad</w:t>
            </w:r>
          </w:p>
        </w:tc>
        <w:tc>
          <w:tcPr>
            <w:tcW w:w="2016" w:type="dxa"/>
            <w:shd w:val="clear" w:color="auto" w:fill="D9E2F3"/>
            <w:vAlign w:val="center"/>
          </w:tcPr>
          <w:p w14:paraId="294A0661" w14:textId="77777777" w:rsidR="006A5CF0" w:rsidRDefault="001B4046">
            <w:pPr>
              <w:spacing w:after="0"/>
            </w:pPr>
            <w:r>
              <w:rPr>
                <w:b/>
                <w:sz w:val="16"/>
              </w:rPr>
              <w:t>Descripción</w:t>
            </w:r>
          </w:p>
        </w:tc>
        <w:tc>
          <w:tcPr>
            <w:tcW w:w="2880" w:type="dxa"/>
            <w:shd w:val="clear" w:color="auto" w:fill="D9E2F3"/>
            <w:vAlign w:val="center"/>
          </w:tcPr>
          <w:p w14:paraId="17E37C8D" w14:textId="77777777" w:rsidR="006A5CF0" w:rsidRDefault="001B4046">
            <w:pPr>
              <w:spacing w:after="0"/>
            </w:pPr>
            <w:r>
              <w:rPr>
                <w:b/>
                <w:sz w:val="16"/>
              </w:rPr>
              <w:t>Evidencia</w:t>
            </w:r>
          </w:p>
        </w:tc>
        <w:tc>
          <w:tcPr>
            <w:tcW w:w="1728" w:type="dxa"/>
            <w:shd w:val="clear" w:color="auto" w:fill="D9E2F3"/>
            <w:vAlign w:val="center"/>
          </w:tcPr>
          <w:p w14:paraId="0D2DE160" w14:textId="77777777" w:rsidR="006A5CF0" w:rsidRDefault="001B4046">
            <w:pPr>
              <w:spacing w:after="0"/>
            </w:pPr>
            <w:r>
              <w:rPr>
                <w:b/>
                <w:sz w:val="16"/>
              </w:rPr>
              <w:t>Fecha de realización</w:t>
            </w:r>
          </w:p>
        </w:tc>
      </w:tr>
      <w:tr w:rsidR="006A5CF0" w:rsidRPr="00044620" w14:paraId="70992B1D" w14:textId="77777777">
        <w:trPr>
          <w:jc w:val="center"/>
        </w:trPr>
        <w:tc>
          <w:tcPr>
            <w:tcW w:w="3168" w:type="dxa"/>
            <w:vAlign w:val="center"/>
          </w:tcPr>
          <w:p w14:paraId="12C4D970" w14:textId="77777777" w:rsidR="006A5CF0" w:rsidRDefault="001B4046">
            <w:pPr>
              <w:spacing w:after="0"/>
            </w:pPr>
            <w:r>
              <w:rPr>
                <w:sz w:val="16"/>
              </w:rPr>
              <w:t>Función 1</w:t>
            </w:r>
          </w:p>
        </w:tc>
        <w:tc>
          <w:tcPr>
            <w:tcW w:w="2016" w:type="dxa"/>
            <w:vAlign w:val="center"/>
          </w:tcPr>
          <w:p w14:paraId="24D648EC" w14:textId="77777777" w:rsidR="006A5CF0" w:rsidRDefault="006A5CF0">
            <w:pPr>
              <w:spacing w:after="0"/>
            </w:pPr>
          </w:p>
        </w:tc>
        <w:tc>
          <w:tcPr>
            <w:tcW w:w="2880" w:type="dxa"/>
            <w:vAlign w:val="center"/>
          </w:tcPr>
          <w:p w14:paraId="4BB85828" w14:textId="77777777" w:rsidR="006A5CF0" w:rsidRPr="00044620" w:rsidRDefault="001B4046">
            <w:pPr>
              <w:spacing w:after="0"/>
              <w:rPr>
                <w:lang w:val="es-CO"/>
              </w:rPr>
            </w:pPr>
            <w:r w:rsidRPr="00044620">
              <w:rPr>
                <w:sz w:val="16"/>
                <w:lang w:val="es-CO"/>
              </w:rPr>
              <w:t>Registro fotográfico, planilla de asistencia, programa de mano</w:t>
            </w:r>
          </w:p>
        </w:tc>
        <w:tc>
          <w:tcPr>
            <w:tcW w:w="1728" w:type="dxa"/>
            <w:vAlign w:val="center"/>
          </w:tcPr>
          <w:p w14:paraId="7A1AC8E0" w14:textId="77777777" w:rsidR="006A5CF0" w:rsidRPr="00044620" w:rsidRDefault="006A5CF0">
            <w:pPr>
              <w:spacing w:after="0"/>
              <w:rPr>
                <w:lang w:val="es-CO"/>
              </w:rPr>
            </w:pPr>
          </w:p>
        </w:tc>
      </w:tr>
      <w:tr w:rsidR="006A5CF0" w:rsidRPr="00044620" w14:paraId="538C8105" w14:textId="77777777">
        <w:trPr>
          <w:jc w:val="center"/>
        </w:trPr>
        <w:tc>
          <w:tcPr>
            <w:tcW w:w="3168" w:type="dxa"/>
            <w:vAlign w:val="center"/>
          </w:tcPr>
          <w:p w14:paraId="3F17ED8C" w14:textId="77777777" w:rsidR="006A5CF0" w:rsidRDefault="001B4046">
            <w:pPr>
              <w:spacing w:after="0"/>
            </w:pPr>
            <w:r>
              <w:rPr>
                <w:sz w:val="16"/>
              </w:rPr>
              <w:t>Función 2</w:t>
            </w:r>
          </w:p>
        </w:tc>
        <w:tc>
          <w:tcPr>
            <w:tcW w:w="2016" w:type="dxa"/>
            <w:vAlign w:val="center"/>
          </w:tcPr>
          <w:p w14:paraId="1400F100" w14:textId="77777777" w:rsidR="006A5CF0" w:rsidRDefault="006A5CF0">
            <w:pPr>
              <w:spacing w:after="0"/>
            </w:pPr>
          </w:p>
        </w:tc>
        <w:tc>
          <w:tcPr>
            <w:tcW w:w="2880" w:type="dxa"/>
            <w:vAlign w:val="center"/>
          </w:tcPr>
          <w:p w14:paraId="032A3803" w14:textId="77777777" w:rsidR="006A5CF0" w:rsidRPr="00044620" w:rsidRDefault="001B4046">
            <w:pPr>
              <w:spacing w:after="0"/>
              <w:rPr>
                <w:lang w:val="es-CO"/>
              </w:rPr>
            </w:pPr>
            <w:r w:rsidRPr="00044620">
              <w:rPr>
                <w:sz w:val="16"/>
                <w:lang w:val="es-CO"/>
              </w:rPr>
              <w:t xml:space="preserve">Registro fotográfico, planilla de </w:t>
            </w:r>
            <w:r w:rsidRPr="00044620">
              <w:rPr>
                <w:sz w:val="16"/>
                <w:lang w:val="es-CO"/>
              </w:rPr>
              <w:lastRenderedPageBreak/>
              <w:t>asistencia, programa de mano</w:t>
            </w:r>
          </w:p>
        </w:tc>
        <w:tc>
          <w:tcPr>
            <w:tcW w:w="1728" w:type="dxa"/>
            <w:vAlign w:val="center"/>
          </w:tcPr>
          <w:p w14:paraId="05B3889C" w14:textId="77777777" w:rsidR="006A5CF0" w:rsidRPr="00044620" w:rsidRDefault="006A5CF0">
            <w:pPr>
              <w:spacing w:after="0"/>
              <w:rPr>
                <w:lang w:val="es-CO"/>
              </w:rPr>
            </w:pPr>
          </w:p>
        </w:tc>
      </w:tr>
      <w:tr w:rsidR="006A5CF0" w:rsidRPr="00044620" w14:paraId="6C335663" w14:textId="77777777">
        <w:trPr>
          <w:jc w:val="center"/>
        </w:trPr>
        <w:tc>
          <w:tcPr>
            <w:tcW w:w="3168" w:type="dxa"/>
            <w:vAlign w:val="center"/>
          </w:tcPr>
          <w:p w14:paraId="503E7E10" w14:textId="77777777" w:rsidR="006A5CF0" w:rsidRDefault="001B4046">
            <w:pPr>
              <w:spacing w:after="0"/>
            </w:pPr>
            <w:r>
              <w:rPr>
                <w:sz w:val="16"/>
              </w:rPr>
              <w:t>Función 3</w:t>
            </w:r>
          </w:p>
        </w:tc>
        <w:tc>
          <w:tcPr>
            <w:tcW w:w="2016" w:type="dxa"/>
            <w:vAlign w:val="center"/>
          </w:tcPr>
          <w:p w14:paraId="087713E4" w14:textId="77777777" w:rsidR="006A5CF0" w:rsidRDefault="006A5CF0">
            <w:pPr>
              <w:spacing w:after="0"/>
            </w:pPr>
          </w:p>
        </w:tc>
        <w:tc>
          <w:tcPr>
            <w:tcW w:w="2880" w:type="dxa"/>
            <w:vAlign w:val="center"/>
          </w:tcPr>
          <w:p w14:paraId="5B42D0C4" w14:textId="77777777" w:rsidR="006A5CF0" w:rsidRPr="00044620" w:rsidRDefault="001B4046">
            <w:pPr>
              <w:spacing w:after="0"/>
              <w:rPr>
                <w:lang w:val="es-CO"/>
              </w:rPr>
            </w:pPr>
            <w:r w:rsidRPr="00044620">
              <w:rPr>
                <w:sz w:val="16"/>
                <w:lang w:val="es-CO"/>
              </w:rPr>
              <w:t>Registro fotográfico, planilla de asistencia, programa de mano</w:t>
            </w:r>
          </w:p>
        </w:tc>
        <w:tc>
          <w:tcPr>
            <w:tcW w:w="1728" w:type="dxa"/>
            <w:vAlign w:val="center"/>
          </w:tcPr>
          <w:p w14:paraId="2D4FDF39" w14:textId="77777777" w:rsidR="006A5CF0" w:rsidRPr="00044620" w:rsidRDefault="006A5CF0">
            <w:pPr>
              <w:spacing w:after="0"/>
              <w:rPr>
                <w:lang w:val="es-CO"/>
              </w:rPr>
            </w:pPr>
          </w:p>
        </w:tc>
      </w:tr>
      <w:tr w:rsidR="006A5CF0" w:rsidRPr="00044620" w14:paraId="75F8183D" w14:textId="77777777">
        <w:trPr>
          <w:jc w:val="center"/>
        </w:trPr>
        <w:tc>
          <w:tcPr>
            <w:tcW w:w="3168" w:type="dxa"/>
            <w:vAlign w:val="center"/>
          </w:tcPr>
          <w:p w14:paraId="0885F527" w14:textId="77777777" w:rsidR="006A5CF0" w:rsidRPr="00044620" w:rsidRDefault="001B4046">
            <w:pPr>
              <w:spacing w:after="0"/>
              <w:rPr>
                <w:lang w:val="es-CO"/>
              </w:rPr>
            </w:pPr>
            <w:r w:rsidRPr="00044620">
              <w:rPr>
                <w:sz w:val="16"/>
                <w:lang w:val="es-CO"/>
              </w:rPr>
              <w:t>Actividades de mediación (cineforos, conversatorios, talleres)</w:t>
            </w:r>
          </w:p>
        </w:tc>
        <w:tc>
          <w:tcPr>
            <w:tcW w:w="2016" w:type="dxa"/>
            <w:vAlign w:val="center"/>
          </w:tcPr>
          <w:p w14:paraId="161A7CE9" w14:textId="77777777" w:rsidR="006A5CF0" w:rsidRPr="00044620" w:rsidRDefault="006A5CF0">
            <w:pPr>
              <w:spacing w:after="0"/>
              <w:rPr>
                <w:lang w:val="es-CO"/>
              </w:rPr>
            </w:pPr>
          </w:p>
        </w:tc>
        <w:tc>
          <w:tcPr>
            <w:tcW w:w="2880" w:type="dxa"/>
            <w:vAlign w:val="center"/>
          </w:tcPr>
          <w:p w14:paraId="1136C2C6" w14:textId="77777777" w:rsidR="006A5CF0" w:rsidRPr="00044620" w:rsidRDefault="001B4046">
            <w:pPr>
              <w:spacing w:after="0"/>
              <w:rPr>
                <w:lang w:val="es-CO"/>
              </w:rPr>
            </w:pPr>
            <w:r w:rsidRPr="00044620">
              <w:rPr>
                <w:sz w:val="16"/>
                <w:lang w:val="es-CO"/>
              </w:rPr>
              <w:t>Registro fotográfico, planilla de asistencia</w:t>
            </w:r>
          </w:p>
        </w:tc>
        <w:tc>
          <w:tcPr>
            <w:tcW w:w="1728" w:type="dxa"/>
            <w:vAlign w:val="center"/>
          </w:tcPr>
          <w:p w14:paraId="7CDAEE62" w14:textId="77777777" w:rsidR="006A5CF0" w:rsidRPr="00044620" w:rsidRDefault="006A5CF0">
            <w:pPr>
              <w:spacing w:after="0"/>
              <w:rPr>
                <w:lang w:val="es-CO"/>
              </w:rPr>
            </w:pPr>
          </w:p>
        </w:tc>
      </w:tr>
      <w:tr w:rsidR="006A5CF0" w14:paraId="3024AD55" w14:textId="77777777">
        <w:trPr>
          <w:jc w:val="center"/>
        </w:trPr>
        <w:tc>
          <w:tcPr>
            <w:tcW w:w="3168" w:type="dxa"/>
            <w:vAlign w:val="center"/>
          </w:tcPr>
          <w:p w14:paraId="49C6D911" w14:textId="77777777" w:rsidR="006A5CF0" w:rsidRPr="00044620" w:rsidRDefault="001B4046">
            <w:pPr>
              <w:spacing w:after="0"/>
              <w:rPr>
                <w:lang w:val="es-CO"/>
              </w:rPr>
            </w:pPr>
            <w:r w:rsidRPr="00044620">
              <w:rPr>
                <w:sz w:val="16"/>
                <w:lang w:val="es-CO"/>
              </w:rPr>
              <w:t>Relación de obras exhibidas con derechos de exhibición gestionados</w:t>
            </w:r>
          </w:p>
        </w:tc>
        <w:tc>
          <w:tcPr>
            <w:tcW w:w="2016" w:type="dxa"/>
            <w:vAlign w:val="center"/>
          </w:tcPr>
          <w:p w14:paraId="6C823338" w14:textId="77777777" w:rsidR="006A5CF0" w:rsidRPr="00044620" w:rsidRDefault="006A5CF0">
            <w:pPr>
              <w:spacing w:after="0"/>
              <w:rPr>
                <w:lang w:val="es-CO"/>
              </w:rPr>
            </w:pPr>
          </w:p>
        </w:tc>
        <w:tc>
          <w:tcPr>
            <w:tcW w:w="2880" w:type="dxa"/>
            <w:vAlign w:val="center"/>
          </w:tcPr>
          <w:p w14:paraId="59F3E793" w14:textId="77777777" w:rsidR="006A5CF0" w:rsidRDefault="001B4046">
            <w:pPr>
              <w:spacing w:after="0"/>
            </w:pPr>
            <w:r>
              <w:rPr>
                <w:sz w:val="16"/>
              </w:rPr>
              <w:t>Contratos o autorizaciones</w:t>
            </w:r>
          </w:p>
        </w:tc>
        <w:tc>
          <w:tcPr>
            <w:tcW w:w="1728" w:type="dxa"/>
            <w:vAlign w:val="center"/>
          </w:tcPr>
          <w:p w14:paraId="7D07D288" w14:textId="77777777" w:rsidR="006A5CF0" w:rsidRDefault="006A5CF0">
            <w:pPr>
              <w:spacing w:after="0"/>
            </w:pPr>
          </w:p>
        </w:tc>
      </w:tr>
      <w:tr w:rsidR="006A5CF0" w:rsidRPr="00044620" w14:paraId="2BCF1604" w14:textId="77777777">
        <w:trPr>
          <w:jc w:val="center"/>
        </w:trPr>
        <w:tc>
          <w:tcPr>
            <w:tcW w:w="3168" w:type="dxa"/>
            <w:vAlign w:val="center"/>
          </w:tcPr>
          <w:p w14:paraId="0A1A6E86" w14:textId="77777777" w:rsidR="006A5CF0" w:rsidRPr="00044620" w:rsidRDefault="001B4046">
            <w:pPr>
              <w:spacing w:after="0"/>
              <w:rPr>
                <w:lang w:val="es-CO"/>
              </w:rPr>
            </w:pPr>
            <w:r w:rsidRPr="00044620">
              <w:rPr>
                <w:sz w:val="16"/>
                <w:lang w:val="es-CO"/>
              </w:rPr>
              <w:t>Propuesta de promoción y comunicaciones ejecutada</w:t>
            </w:r>
          </w:p>
        </w:tc>
        <w:tc>
          <w:tcPr>
            <w:tcW w:w="2016" w:type="dxa"/>
            <w:vAlign w:val="center"/>
          </w:tcPr>
          <w:p w14:paraId="330EB996" w14:textId="77777777" w:rsidR="006A5CF0" w:rsidRPr="00044620" w:rsidRDefault="006A5CF0">
            <w:pPr>
              <w:spacing w:after="0"/>
              <w:rPr>
                <w:lang w:val="es-CO"/>
              </w:rPr>
            </w:pPr>
          </w:p>
        </w:tc>
        <w:tc>
          <w:tcPr>
            <w:tcW w:w="2880" w:type="dxa"/>
            <w:vAlign w:val="center"/>
          </w:tcPr>
          <w:p w14:paraId="56F27E17" w14:textId="77777777" w:rsidR="006A5CF0" w:rsidRPr="00044620" w:rsidRDefault="001B4046">
            <w:pPr>
              <w:spacing w:after="0"/>
              <w:rPr>
                <w:lang w:val="es-CO"/>
              </w:rPr>
            </w:pPr>
            <w:r w:rsidRPr="00044620">
              <w:rPr>
                <w:sz w:val="16"/>
                <w:lang w:val="es-CO"/>
              </w:rPr>
              <w:t>Piezas gráficas, publicaciones, notas de prensa</w:t>
            </w:r>
          </w:p>
        </w:tc>
        <w:tc>
          <w:tcPr>
            <w:tcW w:w="1728" w:type="dxa"/>
            <w:vAlign w:val="center"/>
          </w:tcPr>
          <w:p w14:paraId="2FDC26F3" w14:textId="77777777" w:rsidR="006A5CF0" w:rsidRPr="00044620" w:rsidRDefault="006A5CF0">
            <w:pPr>
              <w:spacing w:after="0"/>
              <w:rPr>
                <w:lang w:val="es-CO"/>
              </w:rPr>
            </w:pPr>
          </w:p>
        </w:tc>
      </w:tr>
    </w:tbl>
    <w:p w14:paraId="428C53D8" w14:textId="77777777" w:rsidR="006A5CF0" w:rsidRPr="00044620" w:rsidRDefault="006A5CF0">
      <w:pPr>
        <w:spacing w:after="0"/>
        <w:rPr>
          <w:lang w:val="es-CO"/>
        </w:rPr>
      </w:pPr>
    </w:p>
    <w:p w14:paraId="1C796EBF" w14:textId="77777777" w:rsidR="006A5CF0" w:rsidRDefault="001B4046">
      <w:pPr>
        <w:pStyle w:val="Ttulo1"/>
        <w:spacing w:before="160" w:after="100"/>
      </w:pPr>
      <w:r>
        <w:t>5. Informe financiero</w:t>
      </w:r>
    </w:p>
    <w:p w14:paraId="799A50BA" w14:textId="2F2FBAAD" w:rsidR="006A5CF0" w:rsidRDefault="001B4046">
      <w:pPr>
        <w:pStyle w:val="Ttulo2"/>
      </w:pPr>
      <w:r>
        <w:t xml:space="preserve">5.1. </w:t>
      </w:r>
      <w:r w:rsidR="001131AF">
        <w:t xml:space="preserve">Resumen </w:t>
      </w:r>
      <w:r>
        <w:t>Presupuesto ejecutado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024"/>
        <w:gridCol w:w="1656"/>
        <w:gridCol w:w="1656"/>
        <w:gridCol w:w="1440"/>
        <w:gridCol w:w="2016"/>
      </w:tblGrid>
      <w:tr w:rsidR="006A5CF0" w14:paraId="600C5D6A" w14:textId="77777777">
        <w:trPr>
          <w:jc w:val="center"/>
        </w:trPr>
        <w:tc>
          <w:tcPr>
            <w:tcW w:w="3024" w:type="dxa"/>
            <w:shd w:val="clear" w:color="auto" w:fill="D9E2F3"/>
            <w:vAlign w:val="center"/>
          </w:tcPr>
          <w:p w14:paraId="3017EA61" w14:textId="77777777" w:rsidR="006A5CF0" w:rsidRDefault="001B4046">
            <w:pPr>
              <w:spacing w:after="0"/>
            </w:pPr>
            <w:r>
              <w:rPr>
                <w:b/>
                <w:sz w:val="16"/>
              </w:rPr>
              <w:t>Rubro</w:t>
            </w:r>
          </w:p>
        </w:tc>
        <w:tc>
          <w:tcPr>
            <w:tcW w:w="1656" w:type="dxa"/>
            <w:shd w:val="clear" w:color="auto" w:fill="D9E2F3"/>
            <w:vAlign w:val="center"/>
          </w:tcPr>
          <w:p w14:paraId="208759FD" w14:textId="77777777" w:rsidR="006A5CF0" w:rsidRDefault="001B4046">
            <w:pPr>
              <w:spacing w:after="0"/>
            </w:pPr>
            <w:r>
              <w:rPr>
                <w:b/>
                <w:sz w:val="16"/>
              </w:rPr>
              <w:t>Valor aprobado</w:t>
            </w:r>
          </w:p>
        </w:tc>
        <w:tc>
          <w:tcPr>
            <w:tcW w:w="1656" w:type="dxa"/>
            <w:shd w:val="clear" w:color="auto" w:fill="D9E2F3"/>
            <w:vAlign w:val="center"/>
          </w:tcPr>
          <w:p w14:paraId="03941515" w14:textId="77777777" w:rsidR="006A5CF0" w:rsidRDefault="001B4046">
            <w:pPr>
              <w:spacing w:after="0"/>
            </w:pPr>
            <w:r>
              <w:rPr>
                <w:b/>
                <w:sz w:val="16"/>
              </w:rPr>
              <w:t>Valor ejecutado</w:t>
            </w:r>
          </w:p>
        </w:tc>
        <w:tc>
          <w:tcPr>
            <w:tcW w:w="1440" w:type="dxa"/>
            <w:shd w:val="clear" w:color="auto" w:fill="D9E2F3"/>
            <w:vAlign w:val="center"/>
          </w:tcPr>
          <w:p w14:paraId="62F975C2" w14:textId="77777777" w:rsidR="006A5CF0" w:rsidRDefault="001B4046">
            <w:pPr>
              <w:spacing w:after="0"/>
            </w:pPr>
            <w:r>
              <w:rPr>
                <w:b/>
                <w:sz w:val="16"/>
              </w:rPr>
              <w:t>Diferencia</w:t>
            </w:r>
          </w:p>
        </w:tc>
        <w:tc>
          <w:tcPr>
            <w:tcW w:w="2016" w:type="dxa"/>
            <w:shd w:val="clear" w:color="auto" w:fill="D9E2F3"/>
            <w:vAlign w:val="center"/>
          </w:tcPr>
          <w:p w14:paraId="172776FC" w14:textId="77777777" w:rsidR="006A5CF0" w:rsidRDefault="001B4046">
            <w:pPr>
              <w:spacing w:after="0"/>
            </w:pPr>
            <w:r>
              <w:rPr>
                <w:b/>
                <w:sz w:val="16"/>
              </w:rPr>
              <w:t>Observaciones</w:t>
            </w:r>
          </w:p>
        </w:tc>
      </w:tr>
      <w:tr w:rsidR="006A5CF0" w14:paraId="5F4E4721" w14:textId="77777777">
        <w:trPr>
          <w:jc w:val="center"/>
        </w:trPr>
        <w:tc>
          <w:tcPr>
            <w:tcW w:w="3024" w:type="dxa"/>
            <w:vAlign w:val="center"/>
          </w:tcPr>
          <w:p w14:paraId="55688A5E" w14:textId="77777777" w:rsidR="006A5CF0" w:rsidRDefault="001B4046">
            <w:pPr>
              <w:spacing w:after="0"/>
            </w:pPr>
            <w:r>
              <w:rPr>
                <w:sz w:val="16"/>
              </w:rPr>
              <w:t>Honorarios</w:t>
            </w:r>
          </w:p>
        </w:tc>
        <w:tc>
          <w:tcPr>
            <w:tcW w:w="1656" w:type="dxa"/>
            <w:vAlign w:val="center"/>
          </w:tcPr>
          <w:p w14:paraId="26911057" w14:textId="77777777" w:rsidR="006A5CF0" w:rsidRDefault="006A5CF0">
            <w:pPr>
              <w:spacing w:after="0"/>
            </w:pPr>
          </w:p>
        </w:tc>
        <w:tc>
          <w:tcPr>
            <w:tcW w:w="1656" w:type="dxa"/>
            <w:vAlign w:val="center"/>
          </w:tcPr>
          <w:p w14:paraId="262CAB6E" w14:textId="77777777" w:rsidR="006A5CF0" w:rsidRDefault="006A5CF0">
            <w:pPr>
              <w:spacing w:after="0"/>
            </w:pPr>
          </w:p>
        </w:tc>
        <w:tc>
          <w:tcPr>
            <w:tcW w:w="1440" w:type="dxa"/>
            <w:vAlign w:val="center"/>
          </w:tcPr>
          <w:p w14:paraId="1AB95BED" w14:textId="77777777" w:rsidR="006A5CF0" w:rsidRDefault="006A5CF0">
            <w:pPr>
              <w:spacing w:after="0"/>
            </w:pPr>
          </w:p>
        </w:tc>
        <w:tc>
          <w:tcPr>
            <w:tcW w:w="2016" w:type="dxa"/>
            <w:vAlign w:val="center"/>
          </w:tcPr>
          <w:p w14:paraId="54085914" w14:textId="77777777" w:rsidR="006A5CF0" w:rsidRDefault="006A5CF0">
            <w:pPr>
              <w:spacing w:after="0"/>
            </w:pPr>
          </w:p>
        </w:tc>
      </w:tr>
      <w:tr w:rsidR="006A5CF0" w14:paraId="0D052C79" w14:textId="77777777">
        <w:trPr>
          <w:jc w:val="center"/>
        </w:trPr>
        <w:tc>
          <w:tcPr>
            <w:tcW w:w="3024" w:type="dxa"/>
            <w:vAlign w:val="center"/>
          </w:tcPr>
          <w:p w14:paraId="590BA849" w14:textId="77777777" w:rsidR="006A5CF0" w:rsidRDefault="001B4046">
            <w:pPr>
              <w:spacing w:after="0"/>
            </w:pPr>
            <w:r>
              <w:rPr>
                <w:sz w:val="16"/>
              </w:rPr>
              <w:t>Producción / grabación</w:t>
            </w:r>
          </w:p>
        </w:tc>
        <w:tc>
          <w:tcPr>
            <w:tcW w:w="1656" w:type="dxa"/>
            <w:vAlign w:val="center"/>
          </w:tcPr>
          <w:p w14:paraId="2F43D68E" w14:textId="77777777" w:rsidR="006A5CF0" w:rsidRDefault="006A5CF0">
            <w:pPr>
              <w:spacing w:after="0"/>
            </w:pPr>
          </w:p>
        </w:tc>
        <w:tc>
          <w:tcPr>
            <w:tcW w:w="1656" w:type="dxa"/>
            <w:vAlign w:val="center"/>
          </w:tcPr>
          <w:p w14:paraId="588ADDDA" w14:textId="77777777" w:rsidR="006A5CF0" w:rsidRDefault="006A5CF0">
            <w:pPr>
              <w:spacing w:after="0"/>
            </w:pPr>
          </w:p>
        </w:tc>
        <w:tc>
          <w:tcPr>
            <w:tcW w:w="1440" w:type="dxa"/>
            <w:vAlign w:val="center"/>
          </w:tcPr>
          <w:p w14:paraId="626DCCFC" w14:textId="77777777" w:rsidR="006A5CF0" w:rsidRDefault="006A5CF0">
            <w:pPr>
              <w:spacing w:after="0"/>
            </w:pPr>
          </w:p>
        </w:tc>
        <w:tc>
          <w:tcPr>
            <w:tcW w:w="2016" w:type="dxa"/>
            <w:vAlign w:val="center"/>
          </w:tcPr>
          <w:p w14:paraId="295DC2C1" w14:textId="77777777" w:rsidR="006A5CF0" w:rsidRDefault="006A5CF0">
            <w:pPr>
              <w:spacing w:after="0"/>
            </w:pPr>
          </w:p>
        </w:tc>
      </w:tr>
      <w:tr w:rsidR="006A5CF0" w14:paraId="5E003EDC" w14:textId="77777777">
        <w:trPr>
          <w:jc w:val="center"/>
        </w:trPr>
        <w:tc>
          <w:tcPr>
            <w:tcW w:w="3024" w:type="dxa"/>
            <w:vAlign w:val="center"/>
          </w:tcPr>
          <w:p w14:paraId="1A87E6F1" w14:textId="77777777" w:rsidR="006A5CF0" w:rsidRDefault="001B4046">
            <w:pPr>
              <w:spacing w:after="0"/>
            </w:pPr>
            <w:r>
              <w:rPr>
                <w:sz w:val="16"/>
              </w:rPr>
              <w:t>Postproducción / edición</w:t>
            </w:r>
          </w:p>
        </w:tc>
        <w:tc>
          <w:tcPr>
            <w:tcW w:w="1656" w:type="dxa"/>
            <w:vAlign w:val="center"/>
          </w:tcPr>
          <w:p w14:paraId="6AB35BE1" w14:textId="77777777" w:rsidR="006A5CF0" w:rsidRDefault="006A5CF0">
            <w:pPr>
              <w:spacing w:after="0"/>
            </w:pPr>
          </w:p>
        </w:tc>
        <w:tc>
          <w:tcPr>
            <w:tcW w:w="1656" w:type="dxa"/>
            <w:vAlign w:val="center"/>
          </w:tcPr>
          <w:p w14:paraId="7DD8A6A5" w14:textId="77777777" w:rsidR="006A5CF0" w:rsidRDefault="006A5CF0">
            <w:pPr>
              <w:spacing w:after="0"/>
            </w:pPr>
          </w:p>
        </w:tc>
        <w:tc>
          <w:tcPr>
            <w:tcW w:w="1440" w:type="dxa"/>
            <w:vAlign w:val="center"/>
          </w:tcPr>
          <w:p w14:paraId="7B7DF4F5" w14:textId="77777777" w:rsidR="006A5CF0" w:rsidRDefault="006A5CF0">
            <w:pPr>
              <w:spacing w:after="0"/>
            </w:pPr>
          </w:p>
        </w:tc>
        <w:tc>
          <w:tcPr>
            <w:tcW w:w="2016" w:type="dxa"/>
            <w:vAlign w:val="center"/>
          </w:tcPr>
          <w:p w14:paraId="2A2B664C" w14:textId="77777777" w:rsidR="006A5CF0" w:rsidRDefault="006A5CF0">
            <w:pPr>
              <w:spacing w:after="0"/>
            </w:pPr>
          </w:p>
        </w:tc>
      </w:tr>
      <w:tr w:rsidR="006A5CF0" w14:paraId="2848BC87" w14:textId="77777777">
        <w:trPr>
          <w:jc w:val="center"/>
        </w:trPr>
        <w:tc>
          <w:tcPr>
            <w:tcW w:w="3024" w:type="dxa"/>
            <w:vAlign w:val="center"/>
          </w:tcPr>
          <w:p w14:paraId="4A78622D" w14:textId="77777777" w:rsidR="006A5CF0" w:rsidRDefault="001B4046">
            <w:pPr>
              <w:spacing w:after="0"/>
            </w:pPr>
            <w:r>
              <w:rPr>
                <w:sz w:val="16"/>
              </w:rPr>
              <w:t>Música / licencias</w:t>
            </w:r>
          </w:p>
        </w:tc>
        <w:tc>
          <w:tcPr>
            <w:tcW w:w="1656" w:type="dxa"/>
            <w:vAlign w:val="center"/>
          </w:tcPr>
          <w:p w14:paraId="075B338A" w14:textId="77777777" w:rsidR="006A5CF0" w:rsidRDefault="006A5CF0">
            <w:pPr>
              <w:spacing w:after="0"/>
            </w:pPr>
          </w:p>
        </w:tc>
        <w:tc>
          <w:tcPr>
            <w:tcW w:w="1656" w:type="dxa"/>
            <w:vAlign w:val="center"/>
          </w:tcPr>
          <w:p w14:paraId="50D4EAC8" w14:textId="77777777" w:rsidR="006A5CF0" w:rsidRDefault="006A5CF0">
            <w:pPr>
              <w:spacing w:after="0"/>
            </w:pPr>
          </w:p>
        </w:tc>
        <w:tc>
          <w:tcPr>
            <w:tcW w:w="1440" w:type="dxa"/>
            <w:vAlign w:val="center"/>
          </w:tcPr>
          <w:p w14:paraId="133FD699" w14:textId="77777777" w:rsidR="006A5CF0" w:rsidRDefault="006A5CF0">
            <w:pPr>
              <w:spacing w:after="0"/>
            </w:pPr>
          </w:p>
        </w:tc>
        <w:tc>
          <w:tcPr>
            <w:tcW w:w="2016" w:type="dxa"/>
            <w:vAlign w:val="center"/>
          </w:tcPr>
          <w:p w14:paraId="13185A31" w14:textId="77777777" w:rsidR="006A5CF0" w:rsidRDefault="006A5CF0">
            <w:pPr>
              <w:spacing w:after="0"/>
            </w:pPr>
          </w:p>
        </w:tc>
      </w:tr>
      <w:tr w:rsidR="006A5CF0" w14:paraId="2C578691" w14:textId="77777777">
        <w:trPr>
          <w:jc w:val="center"/>
        </w:trPr>
        <w:tc>
          <w:tcPr>
            <w:tcW w:w="3024" w:type="dxa"/>
            <w:vAlign w:val="center"/>
          </w:tcPr>
          <w:p w14:paraId="09755FC3" w14:textId="77777777" w:rsidR="006A5CF0" w:rsidRDefault="001B4046">
            <w:pPr>
              <w:spacing w:after="0"/>
            </w:pPr>
            <w:r>
              <w:rPr>
                <w:sz w:val="16"/>
              </w:rPr>
              <w:t>Difusión / promoción</w:t>
            </w:r>
          </w:p>
        </w:tc>
        <w:tc>
          <w:tcPr>
            <w:tcW w:w="1656" w:type="dxa"/>
            <w:vAlign w:val="center"/>
          </w:tcPr>
          <w:p w14:paraId="76E771B6" w14:textId="77777777" w:rsidR="006A5CF0" w:rsidRDefault="006A5CF0">
            <w:pPr>
              <w:spacing w:after="0"/>
            </w:pPr>
          </w:p>
        </w:tc>
        <w:tc>
          <w:tcPr>
            <w:tcW w:w="1656" w:type="dxa"/>
            <w:vAlign w:val="center"/>
          </w:tcPr>
          <w:p w14:paraId="280243F6" w14:textId="77777777" w:rsidR="006A5CF0" w:rsidRDefault="006A5CF0">
            <w:pPr>
              <w:spacing w:after="0"/>
            </w:pPr>
          </w:p>
        </w:tc>
        <w:tc>
          <w:tcPr>
            <w:tcW w:w="1440" w:type="dxa"/>
            <w:vAlign w:val="center"/>
          </w:tcPr>
          <w:p w14:paraId="79F5FD1F" w14:textId="77777777" w:rsidR="006A5CF0" w:rsidRDefault="006A5CF0">
            <w:pPr>
              <w:spacing w:after="0"/>
            </w:pPr>
          </w:p>
        </w:tc>
        <w:tc>
          <w:tcPr>
            <w:tcW w:w="2016" w:type="dxa"/>
            <w:vAlign w:val="center"/>
          </w:tcPr>
          <w:p w14:paraId="6CFC7669" w14:textId="77777777" w:rsidR="006A5CF0" w:rsidRDefault="006A5CF0">
            <w:pPr>
              <w:spacing w:after="0"/>
            </w:pPr>
          </w:p>
        </w:tc>
      </w:tr>
      <w:tr w:rsidR="006A5CF0" w14:paraId="272DB445" w14:textId="77777777">
        <w:trPr>
          <w:jc w:val="center"/>
        </w:trPr>
        <w:tc>
          <w:tcPr>
            <w:tcW w:w="3024" w:type="dxa"/>
            <w:vAlign w:val="center"/>
          </w:tcPr>
          <w:p w14:paraId="34D23C39" w14:textId="77777777" w:rsidR="006A5CF0" w:rsidRDefault="001B4046">
            <w:pPr>
              <w:spacing w:after="0"/>
            </w:pPr>
            <w:r>
              <w:rPr>
                <w:sz w:val="16"/>
              </w:rPr>
              <w:t>Logística</w:t>
            </w:r>
          </w:p>
        </w:tc>
        <w:tc>
          <w:tcPr>
            <w:tcW w:w="1656" w:type="dxa"/>
            <w:vAlign w:val="center"/>
          </w:tcPr>
          <w:p w14:paraId="005D1E7E" w14:textId="77777777" w:rsidR="006A5CF0" w:rsidRDefault="006A5CF0">
            <w:pPr>
              <w:spacing w:after="0"/>
            </w:pPr>
          </w:p>
        </w:tc>
        <w:tc>
          <w:tcPr>
            <w:tcW w:w="1656" w:type="dxa"/>
            <w:vAlign w:val="center"/>
          </w:tcPr>
          <w:p w14:paraId="0F677BB4" w14:textId="77777777" w:rsidR="006A5CF0" w:rsidRDefault="006A5CF0">
            <w:pPr>
              <w:spacing w:after="0"/>
            </w:pPr>
          </w:p>
        </w:tc>
        <w:tc>
          <w:tcPr>
            <w:tcW w:w="1440" w:type="dxa"/>
            <w:vAlign w:val="center"/>
          </w:tcPr>
          <w:p w14:paraId="10015727" w14:textId="77777777" w:rsidR="006A5CF0" w:rsidRDefault="006A5CF0">
            <w:pPr>
              <w:spacing w:after="0"/>
            </w:pPr>
          </w:p>
        </w:tc>
        <w:tc>
          <w:tcPr>
            <w:tcW w:w="2016" w:type="dxa"/>
            <w:vAlign w:val="center"/>
          </w:tcPr>
          <w:p w14:paraId="1E791BD6" w14:textId="77777777" w:rsidR="006A5CF0" w:rsidRDefault="006A5CF0">
            <w:pPr>
              <w:spacing w:after="0"/>
            </w:pPr>
          </w:p>
        </w:tc>
      </w:tr>
      <w:tr w:rsidR="006A5CF0" w14:paraId="22D1A483" w14:textId="77777777">
        <w:trPr>
          <w:jc w:val="center"/>
        </w:trPr>
        <w:tc>
          <w:tcPr>
            <w:tcW w:w="3024" w:type="dxa"/>
            <w:vAlign w:val="center"/>
          </w:tcPr>
          <w:p w14:paraId="1F698AB8" w14:textId="77777777" w:rsidR="006A5CF0" w:rsidRDefault="001B4046">
            <w:pPr>
              <w:spacing w:after="0"/>
            </w:pPr>
            <w:r>
              <w:rPr>
                <w:sz w:val="16"/>
              </w:rPr>
              <w:t>Otros (especifique)</w:t>
            </w:r>
          </w:p>
        </w:tc>
        <w:tc>
          <w:tcPr>
            <w:tcW w:w="1656" w:type="dxa"/>
            <w:vAlign w:val="center"/>
          </w:tcPr>
          <w:p w14:paraId="2EFB6B8B" w14:textId="77777777" w:rsidR="006A5CF0" w:rsidRDefault="006A5CF0">
            <w:pPr>
              <w:spacing w:after="0"/>
            </w:pPr>
          </w:p>
        </w:tc>
        <w:tc>
          <w:tcPr>
            <w:tcW w:w="1656" w:type="dxa"/>
            <w:vAlign w:val="center"/>
          </w:tcPr>
          <w:p w14:paraId="7E597DE5" w14:textId="77777777" w:rsidR="006A5CF0" w:rsidRDefault="006A5CF0">
            <w:pPr>
              <w:spacing w:after="0"/>
            </w:pPr>
          </w:p>
        </w:tc>
        <w:tc>
          <w:tcPr>
            <w:tcW w:w="1440" w:type="dxa"/>
            <w:vAlign w:val="center"/>
          </w:tcPr>
          <w:p w14:paraId="4A3FC88E" w14:textId="77777777" w:rsidR="006A5CF0" w:rsidRDefault="006A5CF0">
            <w:pPr>
              <w:spacing w:after="0"/>
            </w:pPr>
          </w:p>
        </w:tc>
        <w:tc>
          <w:tcPr>
            <w:tcW w:w="2016" w:type="dxa"/>
            <w:vAlign w:val="center"/>
          </w:tcPr>
          <w:p w14:paraId="0BFDCDED" w14:textId="77777777" w:rsidR="006A5CF0" w:rsidRDefault="006A5CF0">
            <w:pPr>
              <w:spacing w:after="0"/>
            </w:pPr>
          </w:p>
        </w:tc>
      </w:tr>
      <w:tr w:rsidR="006A5CF0" w14:paraId="6A16DDBB" w14:textId="77777777">
        <w:trPr>
          <w:jc w:val="center"/>
        </w:trPr>
        <w:tc>
          <w:tcPr>
            <w:tcW w:w="3024" w:type="dxa"/>
            <w:vAlign w:val="center"/>
          </w:tcPr>
          <w:p w14:paraId="5FA0FDE5" w14:textId="77777777" w:rsidR="006A5CF0" w:rsidRDefault="001B4046">
            <w:pPr>
              <w:spacing w:after="0"/>
            </w:pPr>
            <w:r>
              <w:rPr>
                <w:sz w:val="16"/>
              </w:rPr>
              <w:t>TOTAL</w:t>
            </w:r>
          </w:p>
        </w:tc>
        <w:tc>
          <w:tcPr>
            <w:tcW w:w="1656" w:type="dxa"/>
            <w:vAlign w:val="center"/>
          </w:tcPr>
          <w:p w14:paraId="3E391EE5" w14:textId="77777777" w:rsidR="006A5CF0" w:rsidRDefault="006A5CF0">
            <w:pPr>
              <w:spacing w:after="0"/>
            </w:pPr>
          </w:p>
        </w:tc>
        <w:tc>
          <w:tcPr>
            <w:tcW w:w="1656" w:type="dxa"/>
            <w:vAlign w:val="center"/>
          </w:tcPr>
          <w:p w14:paraId="306315D4" w14:textId="77777777" w:rsidR="006A5CF0" w:rsidRDefault="006A5CF0">
            <w:pPr>
              <w:spacing w:after="0"/>
            </w:pPr>
          </w:p>
        </w:tc>
        <w:tc>
          <w:tcPr>
            <w:tcW w:w="1440" w:type="dxa"/>
            <w:vAlign w:val="center"/>
          </w:tcPr>
          <w:p w14:paraId="6449294D" w14:textId="77777777" w:rsidR="006A5CF0" w:rsidRDefault="006A5CF0">
            <w:pPr>
              <w:spacing w:after="0"/>
            </w:pPr>
          </w:p>
        </w:tc>
        <w:tc>
          <w:tcPr>
            <w:tcW w:w="2016" w:type="dxa"/>
            <w:vAlign w:val="center"/>
          </w:tcPr>
          <w:p w14:paraId="65C24D28" w14:textId="77777777" w:rsidR="006A5CF0" w:rsidRDefault="006A5CF0">
            <w:pPr>
              <w:spacing w:after="0"/>
            </w:pPr>
          </w:p>
        </w:tc>
      </w:tr>
    </w:tbl>
    <w:p w14:paraId="0A4545D9" w14:textId="77777777" w:rsidR="006A5CF0" w:rsidRDefault="006A5CF0">
      <w:pPr>
        <w:spacing w:after="0"/>
      </w:pPr>
    </w:p>
    <w:p w14:paraId="1E95536D" w14:textId="77777777" w:rsidR="006A5CF0" w:rsidRDefault="001B4046">
      <w:pPr>
        <w:pStyle w:val="Ttulo2"/>
      </w:pPr>
      <w:r>
        <w:t>5.2. Soportes de gastos</w:t>
      </w:r>
    </w:p>
    <w:p w14:paraId="61AE3BE9" w14:textId="77777777" w:rsidR="006A5CF0" w:rsidRPr="00044620" w:rsidRDefault="001B4046">
      <w:pPr>
        <w:rPr>
          <w:lang w:val="es-CO"/>
        </w:rPr>
      </w:pPr>
      <w:r w:rsidRPr="00044620">
        <w:rPr>
          <w:lang w:val="es-CO"/>
        </w:rPr>
        <w:t>Relacione todos los soportes de gastos adjuntos (facturas, cuentas de cobro, RUT, copia de cédula, cámara de comercio si aplica, etc.).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504"/>
        <w:gridCol w:w="1728"/>
        <w:gridCol w:w="1152"/>
        <w:gridCol w:w="2232"/>
        <w:gridCol w:w="1440"/>
        <w:gridCol w:w="1440"/>
        <w:gridCol w:w="1152"/>
      </w:tblGrid>
      <w:tr w:rsidR="006A5CF0" w14:paraId="311EF6B5" w14:textId="77777777">
        <w:trPr>
          <w:jc w:val="center"/>
        </w:trPr>
        <w:tc>
          <w:tcPr>
            <w:tcW w:w="504" w:type="dxa"/>
            <w:shd w:val="clear" w:color="auto" w:fill="D9E2F3"/>
            <w:vAlign w:val="center"/>
          </w:tcPr>
          <w:p w14:paraId="743D4623" w14:textId="77777777" w:rsidR="006A5CF0" w:rsidRDefault="001B4046">
            <w:pPr>
              <w:spacing w:after="0"/>
            </w:pPr>
            <w:r>
              <w:rPr>
                <w:b/>
                <w:sz w:val="16"/>
              </w:rPr>
              <w:t>N°</w:t>
            </w:r>
          </w:p>
        </w:tc>
        <w:tc>
          <w:tcPr>
            <w:tcW w:w="1728" w:type="dxa"/>
            <w:shd w:val="clear" w:color="auto" w:fill="D9E2F3"/>
            <w:vAlign w:val="center"/>
          </w:tcPr>
          <w:p w14:paraId="6DB8AD84" w14:textId="77777777" w:rsidR="006A5CF0" w:rsidRDefault="001B4046">
            <w:pPr>
              <w:spacing w:after="0"/>
            </w:pPr>
            <w:r>
              <w:rPr>
                <w:b/>
                <w:sz w:val="16"/>
              </w:rPr>
              <w:t>Concepto</w:t>
            </w:r>
          </w:p>
        </w:tc>
        <w:tc>
          <w:tcPr>
            <w:tcW w:w="1152" w:type="dxa"/>
            <w:shd w:val="clear" w:color="auto" w:fill="D9E2F3"/>
            <w:vAlign w:val="center"/>
          </w:tcPr>
          <w:p w14:paraId="60E58415" w14:textId="77777777" w:rsidR="006A5CF0" w:rsidRDefault="001B4046">
            <w:pPr>
              <w:spacing w:after="0"/>
            </w:pPr>
            <w:r>
              <w:rPr>
                <w:b/>
                <w:sz w:val="16"/>
              </w:rPr>
              <w:t>Valor</w:t>
            </w:r>
          </w:p>
        </w:tc>
        <w:tc>
          <w:tcPr>
            <w:tcW w:w="2232" w:type="dxa"/>
            <w:shd w:val="clear" w:color="auto" w:fill="D9E2F3"/>
            <w:vAlign w:val="center"/>
          </w:tcPr>
          <w:p w14:paraId="6008FF74" w14:textId="77777777" w:rsidR="006A5CF0" w:rsidRDefault="001B4046">
            <w:pPr>
              <w:spacing w:after="0"/>
            </w:pPr>
            <w:r>
              <w:rPr>
                <w:b/>
                <w:sz w:val="16"/>
              </w:rPr>
              <w:t>Proveedor / beneficiario</w:t>
            </w:r>
          </w:p>
        </w:tc>
        <w:tc>
          <w:tcPr>
            <w:tcW w:w="1440" w:type="dxa"/>
            <w:shd w:val="clear" w:color="auto" w:fill="D9E2F3"/>
            <w:vAlign w:val="center"/>
          </w:tcPr>
          <w:p w14:paraId="543CFF93" w14:textId="77777777" w:rsidR="006A5CF0" w:rsidRDefault="001B4046">
            <w:pPr>
              <w:spacing w:after="0"/>
            </w:pPr>
            <w:r>
              <w:rPr>
                <w:b/>
                <w:sz w:val="16"/>
              </w:rPr>
              <w:t>Tipo de soporte</w:t>
            </w:r>
          </w:p>
        </w:tc>
        <w:tc>
          <w:tcPr>
            <w:tcW w:w="1440" w:type="dxa"/>
            <w:shd w:val="clear" w:color="auto" w:fill="D9E2F3"/>
            <w:vAlign w:val="center"/>
          </w:tcPr>
          <w:p w14:paraId="43257C99" w14:textId="77777777" w:rsidR="006A5CF0" w:rsidRDefault="001B4046">
            <w:pPr>
              <w:spacing w:after="0"/>
            </w:pPr>
            <w:r>
              <w:rPr>
                <w:b/>
                <w:sz w:val="16"/>
              </w:rPr>
              <w:t>N° de soporte</w:t>
            </w:r>
          </w:p>
        </w:tc>
        <w:tc>
          <w:tcPr>
            <w:tcW w:w="1152" w:type="dxa"/>
            <w:shd w:val="clear" w:color="auto" w:fill="D9E2F3"/>
            <w:vAlign w:val="center"/>
          </w:tcPr>
          <w:p w14:paraId="1029DD64" w14:textId="77777777" w:rsidR="006A5CF0" w:rsidRDefault="001B4046">
            <w:pPr>
              <w:spacing w:after="0"/>
            </w:pPr>
            <w:r>
              <w:rPr>
                <w:b/>
                <w:sz w:val="16"/>
              </w:rPr>
              <w:t>Fecha</w:t>
            </w:r>
          </w:p>
        </w:tc>
      </w:tr>
      <w:tr w:rsidR="006A5CF0" w14:paraId="3BE7EBA4" w14:textId="77777777">
        <w:trPr>
          <w:jc w:val="center"/>
        </w:trPr>
        <w:tc>
          <w:tcPr>
            <w:tcW w:w="504" w:type="dxa"/>
            <w:vAlign w:val="center"/>
          </w:tcPr>
          <w:p w14:paraId="0BEB4C22" w14:textId="77777777" w:rsidR="006A5CF0" w:rsidRDefault="001B4046">
            <w:pPr>
              <w:spacing w:after="0"/>
            </w:pPr>
            <w:r>
              <w:rPr>
                <w:sz w:val="16"/>
              </w:rPr>
              <w:t>1</w:t>
            </w:r>
          </w:p>
        </w:tc>
        <w:tc>
          <w:tcPr>
            <w:tcW w:w="1728" w:type="dxa"/>
            <w:vAlign w:val="center"/>
          </w:tcPr>
          <w:p w14:paraId="5CD467AD" w14:textId="77777777" w:rsidR="006A5CF0" w:rsidRDefault="006A5CF0">
            <w:pPr>
              <w:spacing w:after="0"/>
            </w:pPr>
          </w:p>
        </w:tc>
        <w:tc>
          <w:tcPr>
            <w:tcW w:w="1152" w:type="dxa"/>
            <w:vAlign w:val="center"/>
          </w:tcPr>
          <w:p w14:paraId="5B9A41F2" w14:textId="77777777" w:rsidR="006A5CF0" w:rsidRDefault="006A5CF0">
            <w:pPr>
              <w:spacing w:after="0"/>
            </w:pPr>
          </w:p>
        </w:tc>
        <w:tc>
          <w:tcPr>
            <w:tcW w:w="2232" w:type="dxa"/>
            <w:vAlign w:val="center"/>
          </w:tcPr>
          <w:p w14:paraId="47E0C28C" w14:textId="77777777" w:rsidR="006A5CF0" w:rsidRDefault="006A5CF0">
            <w:pPr>
              <w:spacing w:after="0"/>
            </w:pPr>
          </w:p>
        </w:tc>
        <w:tc>
          <w:tcPr>
            <w:tcW w:w="1440" w:type="dxa"/>
            <w:vAlign w:val="center"/>
          </w:tcPr>
          <w:p w14:paraId="14944257" w14:textId="77777777" w:rsidR="006A5CF0" w:rsidRDefault="006A5CF0">
            <w:pPr>
              <w:spacing w:after="0"/>
            </w:pPr>
          </w:p>
        </w:tc>
        <w:tc>
          <w:tcPr>
            <w:tcW w:w="1440" w:type="dxa"/>
            <w:vAlign w:val="center"/>
          </w:tcPr>
          <w:p w14:paraId="16C1B00A" w14:textId="77777777" w:rsidR="006A5CF0" w:rsidRDefault="006A5CF0">
            <w:pPr>
              <w:spacing w:after="0"/>
            </w:pPr>
          </w:p>
        </w:tc>
        <w:tc>
          <w:tcPr>
            <w:tcW w:w="1152" w:type="dxa"/>
            <w:vAlign w:val="center"/>
          </w:tcPr>
          <w:p w14:paraId="1F8B3E76" w14:textId="77777777" w:rsidR="006A5CF0" w:rsidRDefault="006A5CF0">
            <w:pPr>
              <w:spacing w:after="0"/>
            </w:pPr>
          </w:p>
        </w:tc>
      </w:tr>
      <w:tr w:rsidR="006A5CF0" w14:paraId="420A76CE" w14:textId="77777777">
        <w:trPr>
          <w:jc w:val="center"/>
        </w:trPr>
        <w:tc>
          <w:tcPr>
            <w:tcW w:w="504" w:type="dxa"/>
            <w:vAlign w:val="center"/>
          </w:tcPr>
          <w:p w14:paraId="4B47C3F3" w14:textId="77777777" w:rsidR="006A5CF0" w:rsidRDefault="001B4046">
            <w:pPr>
              <w:spacing w:after="0"/>
            </w:pPr>
            <w:r>
              <w:rPr>
                <w:sz w:val="16"/>
              </w:rPr>
              <w:t>2</w:t>
            </w:r>
          </w:p>
        </w:tc>
        <w:tc>
          <w:tcPr>
            <w:tcW w:w="1728" w:type="dxa"/>
            <w:vAlign w:val="center"/>
          </w:tcPr>
          <w:p w14:paraId="1B352529" w14:textId="77777777" w:rsidR="006A5CF0" w:rsidRDefault="006A5CF0">
            <w:pPr>
              <w:spacing w:after="0"/>
            </w:pPr>
          </w:p>
        </w:tc>
        <w:tc>
          <w:tcPr>
            <w:tcW w:w="1152" w:type="dxa"/>
            <w:vAlign w:val="center"/>
          </w:tcPr>
          <w:p w14:paraId="60DF4E3D" w14:textId="77777777" w:rsidR="006A5CF0" w:rsidRDefault="006A5CF0">
            <w:pPr>
              <w:spacing w:after="0"/>
            </w:pPr>
          </w:p>
        </w:tc>
        <w:tc>
          <w:tcPr>
            <w:tcW w:w="2232" w:type="dxa"/>
            <w:vAlign w:val="center"/>
          </w:tcPr>
          <w:p w14:paraId="71C96AC6" w14:textId="77777777" w:rsidR="006A5CF0" w:rsidRDefault="006A5CF0">
            <w:pPr>
              <w:spacing w:after="0"/>
            </w:pPr>
          </w:p>
        </w:tc>
        <w:tc>
          <w:tcPr>
            <w:tcW w:w="1440" w:type="dxa"/>
            <w:vAlign w:val="center"/>
          </w:tcPr>
          <w:p w14:paraId="57122E5B" w14:textId="77777777" w:rsidR="006A5CF0" w:rsidRDefault="006A5CF0">
            <w:pPr>
              <w:spacing w:after="0"/>
            </w:pPr>
          </w:p>
        </w:tc>
        <w:tc>
          <w:tcPr>
            <w:tcW w:w="1440" w:type="dxa"/>
            <w:vAlign w:val="center"/>
          </w:tcPr>
          <w:p w14:paraId="6F893FC8" w14:textId="77777777" w:rsidR="006A5CF0" w:rsidRDefault="006A5CF0">
            <w:pPr>
              <w:spacing w:after="0"/>
            </w:pPr>
          </w:p>
        </w:tc>
        <w:tc>
          <w:tcPr>
            <w:tcW w:w="1152" w:type="dxa"/>
            <w:vAlign w:val="center"/>
          </w:tcPr>
          <w:p w14:paraId="7F60DCFB" w14:textId="77777777" w:rsidR="006A5CF0" w:rsidRDefault="006A5CF0">
            <w:pPr>
              <w:spacing w:after="0"/>
            </w:pPr>
          </w:p>
        </w:tc>
      </w:tr>
      <w:tr w:rsidR="006A5CF0" w14:paraId="4C12C2D2" w14:textId="77777777">
        <w:trPr>
          <w:jc w:val="center"/>
        </w:trPr>
        <w:tc>
          <w:tcPr>
            <w:tcW w:w="504" w:type="dxa"/>
            <w:vAlign w:val="center"/>
          </w:tcPr>
          <w:p w14:paraId="267C8CC9" w14:textId="77777777" w:rsidR="006A5CF0" w:rsidRDefault="001B4046">
            <w:pPr>
              <w:spacing w:after="0"/>
            </w:pPr>
            <w:r>
              <w:rPr>
                <w:sz w:val="16"/>
              </w:rPr>
              <w:t>3</w:t>
            </w:r>
          </w:p>
        </w:tc>
        <w:tc>
          <w:tcPr>
            <w:tcW w:w="1728" w:type="dxa"/>
            <w:vAlign w:val="center"/>
          </w:tcPr>
          <w:p w14:paraId="1331CD98" w14:textId="77777777" w:rsidR="006A5CF0" w:rsidRDefault="006A5CF0">
            <w:pPr>
              <w:spacing w:after="0"/>
            </w:pPr>
          </w:p>
        </w:tc>
        <w:tc>
          <w:tcPr>
            <w:tcW w:w="1152" w:type="dxa"/>
            <w:vAlign w:val="center"/>
          </w:tcPr>
          <w:p w14:paraId="78A8FA23" w14:textId="77777777" w:rsidR="006A5CF0" w:rsidRDefault="006A5CF0">
            <w:pPr>
              <w:spacing w:after="0"/>
            </w:pPr>
          </w:p>
        </w:tc>
        <w:tc>
          <w:tcPr>
            <w:tcW w:w="2232" w:type="dxa"/>
            <w:vAlign w:val="center"/>
          </w:tcPr>
          <w:p w14:paraId="0590FA38" w14:textId="77777777" w:rsidR="006A5CF0" w:rsidRDefault="006A5CF0">
            <w:pPr>
              <w:spacing w:after="0"/>
            </w:pPr>
          </w:p>
        </w:tc>
        <w:tc>
          <w:tcPr>
            <w:tcW w:w="1440" w:type="dxa"/>
            <w:vAlign w:val="center"/>
          </w:tcPr>
          <w:p w14:paraId="25DBE03B" w14:textId="77777777" w:rsidR="006A5CF0" w:rsidRDefault="006A5CF0">
            <w:pPr>
              <w:spacing w:after="0"/>
            </w:pPr>
          </w:p>
        </w:tc>
        <w:tc>
          <w:tcPr>
            <w:tcW w:w="1440" w:type="dxa"/>
            <w:vAlign w:val="center"/>
          </w:tcPr>
          <w:p w14:paraId="7F35FF83" w14:textId="77777777" w:rsidR="006A5CF0" w:rsidRDefault="006A5CF0">
            <w:pPr>
              <w:spacing w:after="0"/>
            </w:pPr>
          </w:p>
        </w:tc>
        <w:tc>
          <w:tcPr>
            <w:tcW w:w="1152" w:type="dxa"/>
            <w:vAlign w:val="center"/>
          </w:tcPr>
          <w:p w14:paraId="55983AC0" w14:textId="77777777" w:rsidR="006A5CF0" w:rsidRDefault="006A5CF0">
            <w:pPr>
              <w:spacing w:after="0"/>
            </w:pPr>
          </w:p>
        </w:tc>
      </w:tr>
    </w:tbl>
    <w:p w14:paraId="06C8E1C9" w14:textId="77777777" w:rsidR="006A5CF0" w:rsidRDefault="006A5CF0">
      <w:pPr>
        <w:spacing w:after="0"/>
      </w:pPr>
    </w:p>
    <w:p w14:paraId="638A9A48" w14:textId="77777777" w:rsidR="006A5CF0" w:rsidRDefault="001B4046">
      <w:pPr>
        <w:pStyle w:val="Ttulo2"/>
      </w:pPr>
      <w:r>
        <w:t>5.3. Declaración de gastos no permitidos</w:t>
      </w:r>
    </w:p>
    <w:p w14:paraId="574DBA2F" w14:textId="77777777" w:rsidR="006A5CF0" w:rsidRPr="00044620" w:rsidRDefault="001B4046">
      <w:pPr>
        <w:rPr>
          <w:lang w:val="es-CO"/>
        </w:rPr>
      </w:pPr>
      <w:r w:rsidRPr="00044620">
        <w:rPr>
          <w:lang w:val="es-CO"/>
        </w:rPr>
        <w:t>Declaro que los recursos del estímulo otorgado no fueron utilizados para:</w:t>
      </w:r>
    </w:p>
    <w:p w14:paraId="5BEC8AD8" w14:textId="77777777" w:rsidR="006A5CF0" w:rsidRDefault="001B4046">
      <w:pPr>
        <w:pStyle w:val="Listaconvietas"/>
      </w:pPr>
      <w:r>
        <w:t>Compra de activos</w:t>
      </w:r>
    </w:p>
    <w:p w14:paraId="1C975E48" w14:textId="77777777" w:rsidR="006A5CF0" w:rsidRDefault="001B4046">
      <w:pPr>
        <w:pStyle w:val="Listaconvietas"/>
      </w:pPr>
      <w:r>
        <w:t>Imprevistos</w:t>
      </w:r>
    </w:p>
    <w:p w14:paraId="7608B384" w14:textId="77777777" w:rsidR="006A5CF0" w:rsidRPr="00044620" w:rsidRDefault="001B4046">
      <w:pPr>
        <w:pStyle w:val="Listaconvietas"/>
        <w:rPr>
          <w:lang w:val="es-CO"/>
        </w:rPr>
      </w:pPr>
      <w:r w:rsidRPr="00044620">
        <w:rPr>
          <w:lang w:val="es-CO"/>
        </w:rPr>
        <w:t>Gastos administrativos (servicios públicos, pólizas, sueldos o salarios, prestaciones sociales del personal de planta)</w:t>
      </w:r>
    </w:p>
    <w:p w14:paraId="46DBB41B" w14:textId="77777777" w:rsidR="006A5CF0" w:rsidRDefault="001B4046">
      <w:pPr>
        <w:pStyle w:val="Listaconvietas"/>
      </w:pPr>
      <w:r>
        <w:t>Compra de elementos de oficina</w:t>
      </w:r>
    </w:p>
    <w:p w14:paraId="75995209" w14:textId="77777777" w:rsidR="006A5CF0" w:rsidRDefault="001B4046">
      <w:pPr>
        <w:pStyle w:val="Listaconvietas"/>
      </w:pPr>
      <w:r>
        <w:t>Penalidades de tiquetes aéreos</w:t>
      </w:r>
    </w:p>
    <w:p w14:paraId="15ED287F" w14:textId="77777777" w:rsidR="006A5CF0" w:rsidRDefault="001B4046">
      <w:pPr>
        <w:pStyle w:val="Listaconvietas"/>
      </w:pPr>
      <w:r>
        <w:t>Obra física</w:t>
      </w:r>
    </w:p>
    <w:p w14:paraId="4637421D" w14:textId="77777777" w:rsidR="006A5CF0" w:rsidRDefault="001B4046">
      <w:pPr>
        <w:pStyle w:val="Ttulo1"/>
        <w:spacing w:before="160" w:after="100"/>
      </w:pPr>
      <w:r>
        <w:t>6. Evidencias y anexos</w:t>
      </w:r>
    </w:p>
    <w:p w14:paraId="50F0324B" w14:textId="77777777" w:rsidR="006A5CF0" w:rsidRDefault="001B4046">
      <w:pPr>
        <w:pStyle w:val="Ttulo2"/>
      </w:pPr>
      <w:r>
        <w:t>6.1. Evidencias fotográficas y audiovisuales</w:t>
      </w:r>
    </w:p>
    <w:p w14:paraId="29C64655" w14:textId="77777777" w:rsidR="006A5CF0" w:rsidRPr="00044620" w:rsidRDefault="001B4046">
      <w:pPr>
        <w:rPr>
          <w:lang w:val="es-CO"/>
        </w:rPr>
      </w:pPr>
      <w:r w:rsidRPr="00044620">
        <w:rPr>
          <w:lang w:val="es-CO"/>
        </w:rPr>
        <w:t>Adjunte registro fotográfico y/o audiovisual de la ejecución del proyecto (mínimo 10 fotografías y/o video de máximo 3 minutos).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576"/>
        <w:gridCol w:w="3456"/>
        <w:gridCol w:w="1440"/>
        <w:gridCol w:w="4320"/>
      </w:tblGrid>
      <w:tr w:rsidR="006A5CF0" w14:paraId="409CA9D3" w14:textId="77777777">
        <w:trPr>
          <w:jc w:val="center"/>
        </w:trPr>
        <w:tc>
          <w:tcPr>
            <w:tcW w:w="576" w:type="dxa"/>
            <w:shd w:val="clear" w:color="auto" w:fill="D9E2F3"/>
            <w:vAlign w:val="center"/>
          </w:tcPr>
          <w:p w14:paraId="3684F19D" w14:textId="77777777" w:rsidR="006A5CF0" w:rsidRDefault="001B4046">
            <w:pPr>
              <w:spacing w:after="0"/>
            </w:pPr>
            <w:r>
              <w:rPr>
                <w:b/>
                <w:sz w:val="16"/>
              </w:rPr>
              <w:t>N°</w:t>
            </w:r>
          </w:p>
        </w:tc>
        <w:tc>
          <w:tcPr>
            <w:tcW w:w="3456" w:type="dxa"/>
            <w:shd w:val="clear" w:color="auto" w:fill="D9E2F3"/>
            <w:vAlign w:val="center"/>
          </w:tcPr>
          <w:p w14:paraId="2535D97F" w14:textId="77777777" w:rsidR="006A5CF0" w:rsidRDefault="001B4046">
            <w:pPr>
              <w:spacing w:after="0"/>
            </w:pPr>
            <w:r>
              <w:rPr>
                <w:b/>
                <w:sz w:val="16"/>
              </w:rPr>
              <w:t>Descripción</w:t>
            </w:r>
          </w:p>
        </w:tc>
        <w:tc>
          <w:tcPr>
            <w:tcW w:w="1440" w:type="dxa"/>
            <w:shd w:val="clear" w:color="auto" w:fill="D9E2F3"/>
            <w:vAlign w:val="center"/>
          </w:tcPr>
          <w:p w14:paraId="1DE59F3A" w14:textId="77777777" w:rsidR="006A5CF0" w:rsidRDefault="001B4046">
            <w:pPr>
              <w:spacing w:after="0"/>
            </w:pPr>
            <w:r>
              <w:rPr>
                <w:b/>
                <w:sz w:val="16"/>
              </w:rPr>
              <w:t>Fecha</w:t>
            </w:r>
          </w:p>
        </w:tc>
        <w:tc>
          <w:tcPr>
            <w:tcW w:w="4320" w:type="dxa"/>
            <w:shd w:val="clear" w:color="auto" w:fill="D9E2F3"/>
            <w:vAlign w:val="center"/>
          </w:tcPr>
          <w:p w14:paraId="0D1A2F7E" w14:textId="77777777" w:rsidR="006A5CF0" w:rsidRDefault="001B4046">
            <w:pPr>
              <w:spacing w:after="0"/>
            </w:pPr>
            <w:r>
              <w:rPr>
                <w:b/>
                <w:sz w:val="16"/>
              </w:rPr>
              <w:t>Enlace / archivo</w:t>
            </w:r>
          </w:p>
        </w:tc>
      </w:tr>
      <w:tr w:rsidR="006A5CF0" w14:paraId="45D6354A" w14:textId="77777777">
        <w:trPr>
          <w:jc w:val="center"/>
        </w:trPr>
        <w:tc>
          <w:tcPr>
            <w:tcW w:w="576" w:type="dxa"/>
            <w:vAlign w:val="center"/>
          </w:tcPr>
          <w:p w14:paraId="552BCE34" w14:textId="77777777" w:rsidR="006A5CF0" w:rsidRDefault="001B4046">
            <w:pPr>
              <w:spacing w:after="0"/>
            </w:pPr>
            <w:r>
              <w:rPr>
                <w:sz w:val="16"/>
              </w:rPr>
              <w:t>1</w:t>
            </w:r>
          </w:p>
        </w:tc>
        <w:tc>
          <w:tcPr>
            <w:tcW w:w="3456" w:type="dxa"/>
            <w:vAlign w:val="center"/>
          </w:tcPr>
          <w:p w14:paraId="0C9296D5" w14:textId="77777777" w:rsidR="006A5CF0" w:rsidRDefault="006A5CF0">
            <w:pPr>
              <w:spacing w:after="0"/>
            </w:pPr>
          </w:p>
        </w:tc>
        <w:tc>
          <w:tcPr>
            <w:tcW w:w="1440" w:type="dxa"/>
            <w:vAlign w:val="center"/>
          </w:tcPr>
          <w:p w14:paraId="6EB1191B" w14:textId="77777777" w:rsidR="006A5CF0" w:rsidRDefault="006A5CF0">
            <w:pPr>
              <w:spacing w:after="0"/>
            </w:pPr>
          </w:p>
        </w:tc>
        <w:tc>
          <w:tcPr>
            <w:tcW w:w="4320" w:type="dxa"/>
            <w:vAlign w:val="center"/>
          </w:tcPr>
          <w:p w14:paraId="1B1D15B3" w14:textId="77777777" w:rsidR="006A5CF0" w:rsidRDefault="006A5CF0">
            <w:pPr>
              <w:spacing w:after="0"/>
            </w:pPr>
          </w:p>
        </w:tc>
      </w:tr>
      <w:tr w:rsidR="006A5CF0" w14:paraId="6DCF5A4A" w14:textId="77777777">
        <w:trPr>
          <w:jc w:val="center"/>
        </w:trPr>
        <w:tc>
          <w:tcPr>
            <w:tcW w:w="576" w:type="dxa"/>
            <w:vAlign w:val="center"/>
          </w:tcPr>
          <w:p w14:paraId="45C739BD" w14:textId="77777777" w:rsidR="006A5CF0" w:rsidRDefault="001B4046">
            <w:pPr>
              <w:spacing w:after="0"/>
            </w:pPr>
            <w:r>
              <w:rPr>
                <w:sz w:val="16"/>
              </w:rPr>
              <w:t>2</w:t>
            </w:r>
          </w:p>
        </w:tc>
        <w:tc>
          <w:tcPr>
            <w:tcW w:w="3456" w:type="dxa"/>
            <w:vAlign w:val="center"/>
          </w:tcPr>
          <w:p w14:paraId="06FEEA0B" w14:textId="77777777" w:rsidR="006A5CF0" w:rsidRDefault="006A5CF0">
            <w:pPr>
              <w:spacing w:after="0"/>
            </w:pPr>
          </w:p>
        </w:tc>
        <w:tc>
          <w:tcPr>
            <w:tcW w:w="1440" w:type="dxa"/>
            <w:vAlign w:val="center"/>
          </w:tcPr>
          <w:p w14:paraId="7C656E6D" w14:textId="77777777" w:rsidR="006A5CF0" w:rsidRDefault="006A5CF0">
            <w:pPr>
              <w:spacing w:after="0"/>
            </w:pPr>
          </w:p>
        </w:tc>
        <w:tc>
          <w:tcPr>
            <w:tcW w:w="4320" w:type="dxa"/>
            <w:vAlign w:val="center"/>
          </w:tcPr>
          <w:p w14:paraId="5A4A41E8" w14:textId="77777777" w:rsidR="006A5CF0" w:rsidRDefault="006A5CF0">
            <w:pPr>
              <w:spacing w:after="0"/>
            </w:pPr>
          </w:p>
        </w:tc>
      </w:tr>
    </w:tbl>
    <w:p w14:paraId="46C7B022" w14:textId="77777777" w:rsidR="006A5CF0" w:rsidRDefault="006A5CF0">
      <w:pPr>
        <w:spacing w:after="0"/>
      </w:pPr>
    </w:p>
    <w:p w14:paraId="75BCEDE0" w14:textId="77777777" w:rsidR="006A5CF0" w:rsidRDefault="001B4046">
      <w:pPr>
        <w:pStyle w:val="Ttulo2"/>
      </w:pPr>
      <w:r>
        <w:t>6.2. Planillas de asistencia</w:t>
      </w:r>
    </w:p>
    <w:p w14:paraId="6BFEAF4C" w14:textId="77777777" w:rsidR="006A5CF0" w:rsidRPr="00044620" w:rsidRDefault="001B4046">
      <w:pPr>
        <w:rPr>
          <w:lang w:val="es-CO"/>
        </w:rPr>
      </w:pPr>
      <w:r w:rsidRPr="00044620">
        <w:rPr>
          <w:lang w:val="es-CO"/>
        </w:rPr>
        <w:t>Adjunte las planillas de asistencia de las actividades realizadas (si aplica).</w:t>
      </w:r>
    </w:p>
    <w:p w14:paraId="2497D971" w14:textId="77777777" w:rsidR="006A5CF0" w:rsidRDefault="001B4046">
      <w:pPr>
        <w:pStyle w:val="Ttulo2"/>
      </w:pPr>
      <w:r>
        <w:lastRenderedPageBreak/>
        <w:t>6.3. Certificaciones y autorizaciones</w:t>
      </w:r>
    </w:p>
    <w:p w14:paraId="707D8E01" w14:textId="77777777" w:rsidR="006A5CF0" w:rsidRPr="00044620" w:rsidRDefault="001B4046">
      <w:pPr>
        <w:pStyle w:val="Listaconvietas"/>
        <w:rPr>
          <w:lang w:val="es-CO"/>
        </w:rPr>
      </w:pPr>
      <w:r w:rsidRPr="00044620">
        <w:rPr>
          <w:lang w:val="es-CO"/>
        </w:rPr>
        <w:t>Autorización de uso de imagen de terceros</w:t>
      </w:r>
    </w:p>
    <w:p w14:paraId="1BBDA0EB" w14:textId="77777777" w:rsidR="006A5CF0" w:rsidRPr="00044620" w:rsidRDefault="001B4046">
      <w:pPr>
        <w:pStyle w:val="Listaconvietas"/>
        <w:rPr>
          <w:lang w:val="es-CO"/>
        </w:rPr>
      </w:pPr>
      <w:r w:rsidRPr="00044620">
        <w:rPr>
          <w:lang w:val="es-CO"/>
        </w:rPr>
        <w:t>Autorización de participación de menores de edad (si aplica)</w:t>
      </w:r>
    </w:p>
    <w:p w14:paraId="54D32838" w14:textId="77777777" w:rsidR="006A5CF0" w:rsidRPr="00044620" w:rsidRDefault="001B4046">
      <w:pPr>
        <w:pStyle w:val="Listaconvietas"/>
        <w:rPr>
          <w:lang w:val="es-CO"/>
        </w:rPr>
      </w:pPr>
      <w:r w:rsidRPr="00044620">
        <w:rPr>
          <w:lang w:val="es-CO"/>
        </w:rPr>
        <w:t>Certificado de registro de derecho de autor en trámite (DNDA)</w:t>
      </w:r>
    </w:p>
    <w:p w14:paraId="43BAC5CF" w14:textId="77777777" w:rsidR="006A5CF0" w:rsidRPr="00044620" w:rsidRDefault="001B4046">
      <w:pPr>
        <w:pStyle w:val="Listaconvietas"/>
        <w:rPr>
          <w:lang w:val="es-CO"/>
        </w:rPr>
      </w:pPr>
      <w:r w:rsidRPr="00044620">
        <w:rPr>
          <w:lang w:val="es-CO"/>
        </w:rPr>
        <w:t>Certificado de documento en trámite de reconocimiento de producto nacional (DACMI) – para cortometrajes de ficción, documental y animación</w:t>
      </w:r>
    </w:p>
    <w:p w14:paraId="6F436B64" w14:textId="77777777" w:rsidR="006A5CF0" w:rsidRPr="00044620" w:rsidRDefault="001B4046">
      <w:pPr>
        <w:pStyle w:val="Listaconvietas"/>
        <w:rPr>
          <w:lang w:val="es-CO"/>
        </w:rPr>
      </w:pPr>
      <w:r w:rsidRPr="00044620">
        <w:rPr>
          <w:lang w:val="es-CO"/>
        </w:rPr>
        <w:t>Póliza de garantía única de cumplimiento</w:t>
      </w:r>
    </w:p>
    <w:p w14:paraId="087BC954" w14:textId="77777777" w:rsidR="006A5CF0" w:rsidRPr="00044620" w:rsidRDefault="001B4046">
      <w:pPr>
        <w:pStyle w:val="Listaconvietas"/>
        <w:rPr>
          <w:lang w:val="es-CO"/>
        </w:rPr>
      </w:pPr>
      <w:r w:rsidRPr="00044620">
        <w:rPr>
          <w:lang w:val="es-CO"/>
        </w:rPr>
        <w:t>Certificación de pago de aportes al sistema de seguridad social y parafiscales (persona jurídica)</w:t>
      </w:r>
    </w:p>
    <w:p w14:paraId="0FE74182" w14:textId="77777777" w:rsidR="006A5CF0" w:rsidRPr="00044620" w:rsidRDefault="001B4046">
      <w:pPr>
        <w:pStyle w:val="Ttulo2"/>
        <w:rPr>
          <w:lang w:val="es-CO"/>
        </w:rPr>
      </w:pPr>
      <w:r w:rsidRPr="00044620">
        <w:rPr>
          <w:lang w:val="es-CO"/>
        </w:rPr>
        <w:t>6.4. Piezas comunicativas</w:t>
      </w:r>
    </w:p>
    <w:p w14:paraId="35C8CF3A" w14:textId="77777777" w:rsidR="006A5CF0" w:rsidRPr="00044620" w:rsidRDefault="001B4046">
      <w:pPr>
        <w:rPr>
          <w:lang w:val="es-CO"/>
        </w:rPr>
      </w:pPr>
      <w:r w:rsidRPr="00044620">
        <w:rPr>
          <w:lang w:val="es-CO"/>
        </w:rPr>
        <w:t>Adjunte las piezas comunicativas generadas en las que se otorgue reconocimiento al IPCC y a la Alcaldía de Cartagena de Indias, incluyendo los logos institucionales y la mención:</w:t>
      </w:r>
    </w:p>
    <w:p w14:paraId="73C2A3FB" w14:textId="77777777" w:rsidR="006A5CF0" w:rsidRPr="00044620" w:rsidRDefault="001B4046">
      <w:pPr>
        <w:jc w:val="center"/>
        <w:rPr>
          <w:lang w:val="es-CO"/>
        </w:rPr>
      </w:pPr>
      <w:r w:rsidRPr="00044620">
        <w:rPr>
          <w:b/>
          <w:lang w:val="es-CO"/>
        </w:rPr>
        <w:t>"PRODUCTO, EVENTO O ACTIVIDAD APOYADA POR EL IPCC Y LA ALCALDÍA DE CARTAGENA DE INDIAS"</w:t>
      </w:r>
    </w:p>
    <w:p w14:paraId="0D19D211" w14:textId="77777777" w:rsidR="006A5CF0" w:rsidRDefault="001B4046">
      <w:pPr>
        <w:pStyle w:val="Ttulo1"/>
        <w:spacing w:before="160" w:after="100"/>
      </w:pPr>
      <w:r>
        <w:t>7. Cumplimiento de deberes del ganador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6480"/>
        <w:gridCol w:w="1440"/>
        <w:gridCol w:w="1872"/>
      </w:tblGrid>
      <w:tr w:rsidR="006A5CF0" w14:paraId="6F447415" w14:textId="77777777">
        <w:trPr>
          <w:jc w:val="center"/>
        </w:trPr>
        <w:tc>
          <w:tcPr>
            <w:tcW w:w="6480" w:type="dxa"/>
            <w:shd w:val="clear" w:color="auto" w:fill="D9E2F3"/>
            <w:vAlign w:val="center"/>
          </w:tcPr>
          <w:p w14:paraId="329C8FA6" w14:textId="77777777" w:rsidR="006A5CF0" w:rsidRDefault="001B4046">
            <w:pPr>
              <w:spacing w:after="0"/>
            </w:pPr>
            <w:r>
              <w:rPr>
                <w:b/>
                <w:sz w:val="16"/>
              </w:rPr>
              <w:t>Deber</w:t>
            </w:r>
          </w:p>
        </w:tc>
        <w:tc>
          <w:tcPr>
            <w:tcW w:w="1440" w:type="dxa"/>
            <w:shd w:val="clear" w:color="auto" w:fill="D9E2F3"/>
            <w:vAlign w:val="center"/>
          </w:tcPr>
          <w:p w14:paraId="3B3F92FF" w14:textId="77777777" w:rsidR="006A5CF0" w:rsidRDefault="001B4046">
            <w:pPr>
              <w:spacing w:after="0"/>
            </w:pPr>
            <w:r>
              <w:rPr>
                <w:b/>
                <w:sz w:val="16"/>
              </w:rPr>
              <w:t>Cumplimiento (Sí/No)</w:t>
            </w:r>
          </w:p>
        </w:tc>
        <w:tc>
          <w:tcPr>
            <w:tcW w:w="1872" w:type="dxa"/>
            <w:shd w:val="clear" w:color="auto" w:fill="D9E2F3"/>
            <w:vAlign w:val="center"/>
          </w:tcPr>
          <w:p w14:paraId="10F70340" w14:textId="77777777" w:rsidR="006A5CF0" w:rsidRDefault="001B4046">
            <w:pPr>
              <w:spacing w:after="0"/>
            </w:pPr>
            <w:r>
              <w:rPr>
                <w:b/>
                <w:sz w:val="16"/>
              </w:rPr>
              <w:t>Observaciones</w:t>
            </w:r>
          </w:p>
        </w:tc>
      </w:tr>
      <w:tr w:rsidR="006A5CF0" w:rsidRPr="00044620" w14:paraId="44EE74D8" w14:textId="77777777">
        <w:trPr>
          <w:jc w:val="center"/>
        </w:trPr>
        <w:tc>
          <w:tcPr>
            <w:tcW w:w="6480" w:type="dxa"/>
            <w:vAlign w:val="center"/>
          </w:tcPr>
          <w:p w14:paraId="30262E8F" w14:textId="77777777" w:rsidR="006A5CF0" w:rsidRPr="00044620" w:rsidRDefault="001B4046">
            <w:pPr>
              <w:spacing w:after="0"/>
              <w:rPr>
                <w:lang w:val="es-CO"/>
              </w:rPr>
            </w:pPr>
            <w:r w:rsidRPr="00044620">
              <w:rPr>
                <w:sz w:val="16"/>
                <w:lang w:val="es-CO"/>
              </w:rPr>
              <w:t>Destinación del 100% de los recursos a la ejecución de la propuesta</w:t>
            </w:r>
          </w:p>
        </w:tc>
        <w:tc>
          <w:tcPr>
            <w:tcW w:w="1440" w:type="dxa"/>
            <w:vAlign w:val="center"/>
          </w:tcPr>
          <w:p w14:paraId="43D4F133" w14:textId="77777777" w:rsidR="006A5CF0" w:rsidRPr="00044620" w:rsidRDefault="006A5CF0">
            <w:pPr>
              <w:spacing w:after="0"/>
              <w:rPr>
                <w:lang w:val="es-CO"/>
              </w:rPr>
            </w:pPr>
          </w:p>
        </w:tc>
        <w:tc>
          <w:tcPr>
            <w:tcW w:w="1872" w:type="dxa"/>
            <w:vAlign w:val="center"/>
          </w:tcPr>
          <w:p w14:paraId="5B3615C8" w14:textId="77777777" w:rsidR="006A5CF0" w:rsidRPr="00044620" w:rsidRDefault="006A5CF0">
            <w:pPr>
              <w:spacing w:after="0"/>
              <w:rPr>
                <w:lang w:val="es-CO"/>
              </w:rPr>
            </w:pPr>
          </w:p>
        </w:tc>
      </w:tr>
      <w:tr w:rsidR="006A5CF0" w:rsidRPr="00044620" w14:paraId="6627D705" w14:textId="77777777">
        <w:trPr>
          <w:jc w:val="center"/>
        </w:trPr>
        <w:tc>
          <w:tcPr>
            <w:tcW w:w="6480" w:type="dxa"/>
            <w:vAlign w:val="center"/>
          </w:tcPr>
          <w:p w14:paraId="0B055E7C" w14:textId="77777777" w:rsidR="006A5CF0" w:rsidRPr="00044620" w:rsidRDefault="001B4046">
            <w:pPr>
              <w:spacing w:after="0"/>
              <w:rPr>
                <w:lang w:val="es-CO"/>
              </w:rPr>
            </w:pPr>
            <w:r w:rsidRPr="00044620">
              <w:rPr>
                <w:sz w:val="16"/>
                <w:lang w:val="es-CO"/>
              </w:rPr>
              <w:t>Asistencia a mínimo 3 sesiones de asesoría técnica</w:t>
            </w:r>
          </w:p>
        </w:tc>
        <w:tc>
          <w:tcPr>
            <w:tcW w:w="1440" w:type="dxa"/>
            <w:vAlign w:val="center"/>
          </w:tcPr>
          <w:p w14:paraId="6806709E" w14:textId="77777777" w:rsidR="006A5CF0" w:rsidRPr="00044620" w:rsidRDefault="006A5CF0">
            <w:pPr>
              <w:spacing w:after="0"/>
              <w:rPr>
                <w:lang w:val="es-CO"/>
              </w:rPr>
            </w:pPr>
          </w:p>
        </w:tc>
        <w:tc>
          <w:tcPr>
            <w:tcW w:w="1872" w:type="dxa"/>
            <w:vAlign w:val="center"/>
          </w:tcPr>
          <w:p w14:paraId="5A1B58BB" w14:textId="77777777" w:rsidR="006A5CF0" w:rsidRPr="00044620" w:rsidRDefault="006A5CF0">
            <w:pPr>
              <w:spacing w:after="0"/>
              <w:rPr>
                <w:lang w:val="es-CO"/>
              </w:rPr>
            </w:pPr>
          </w:p>
        </w:tc>
      </w:tr>
      <w:tr w:rsidR="006A5CF0" w:rsidRPr="00044620" w14:paraId="3823B7A9" w14:textId="77777777">
        <w:trPr>
          <w:jc w:val="center"/>
        </w:trPr>
        <w:tc>
          <w:tcPr>
            <w:tcW w:w="6480" w:type="dxa"/>
            <w:vAlign w:val="center"/>
          </w:tcPr>
          <w:p w14:paraId="2170D9E6" w14:textId="77777777" w:rsidR="006A5CF0" w:rsidRPr="00044620" w:rsidRDefault="001B4046">
            <w:pPr>
              <w:spacing w:after="0"/>
              <w:rPr>
                <w:lang w:val="es-CO"/>
              </w:rPr>
            </w:pPr>
            <w:r w:rsidRPr="00044620">
              <w:rPr>
                <w:sz w:val="16"/>
                <w:lang w:val="es-CO"/>
              </w:rPr>
              <w:t>Autorización al IPCC para uso de contenido audiovisual con fines institucionales, culturales y formativos</w:t>
            </w:r>
          </w:p>
        </w:tc>
        <w:tc>
          <w:tcPr>
            <w:tcW w:w="1440" w:type="dxa"/>
            <w:vAlign w:val="center"/>
          </w:tcPr>
          <w:p w14:paraId="0164026F" w14:textId="77777777" w:rsidR="006A5CF0" w:rsidRPr="00044620" w:rsidRDefault="006A5CF0">
            <w:pPr>
              <w:spacing w:after="0"/>
              <w:rPr>
                <w:lang w:val="es-CO"/>
              </w:rPr>
            </w:pPr>
          </w:p>
        </w:tc>
        <w:tc>
          <w:tcPr>
            <w:tcW w:w="1872" w:type="dxa"/>
            <w:vAlign w:val="center"/>
          </w:tcPr>
          <w:p w14:paraId="74BE0070" w14:textId="77777777" w:rsidR="006A5CF0" w:rsidRPr="00044620" w:rsidRDefault="006A5CF0">
            <w:pPr>
              <w:spacing w:after="0"/>
              <w:rPr>
                <w:lang w:val="es-CO"/>
              </w:rPr>
            </w:pPr>
          </w:p>
        </w:tc>
      </w:tr>
      <w:tr w:rsidR="006A5CF0" w:rsidRPr="00044620" w14:paraId="54921D66" w14:textId="77777777">
        <w:trPr>
          <w:jc w:val="center"/>
        </w:trPr>
        <w:tc>
          <w:tcPr>
            <w:tcW w:w="6480" w:type="dxa"/>
            <w:vAlign w:val="center"/>
          </w:tcPr>
          <w:p w14:paraId="4D498DDC" w14:textId="77777777" w:rsidR="006A5CF0" w:rsidRPr="00044620" w:rsidRDefault="001B4046">
            <w:pPr>
              <w:spacing w:after="0"/>
              <w:rPr>
                <w:lang w:val="es-CO"/>
              </w:rPr>
            </w:pPr>
            <w:r w:rsidRPr="00044620">
              <w:rPr>
                <w:sz w:val="16"/>
                <w:lang w:val="es-CO"/>
              </w:rPr>
              <w:t>Autorización de uso de imagen de terceros</w:t>
            </w:r>
          </w:p>
        </w:tc>
        <w:tc>
          <w:tcPr>
            <w:tcW w:w="1440" w:type="dxa"/>
            <w:vAlign w:val="center"/>
          </w:tcPr>
          <w:p w14:paraId="19D404FE" w14:textId="77777777" w:rsidR="006A5CF0" w:rsidRPr="00044620" w:rsidRDefault="006A5CF0">
            <w:pPr>
              <w:spacing w:after="0"/>
              <w:rPr>
                <w:lang w:val="es-CO"/>
              </w:rPr>
            </w:pPr>
          </w:p>
        </w:tc>
        <w:tc>
          <w:tcPr>
            <w:tcW w:w="1872" w:type="dxa"/>
            <w:vAlign w:val="center"/>
          </w:tcPr>
          <w:p w14:paraId="75D05678" w14:textId="77777777" w:rsidR="006A5CF0" w:rsidRPr="00044620" w:rsidRDefault="006A5CF0">
            <w:pPr>
              <w:spacing w:after="0"/>
              <w:rPr>
                <w:lang w:val="es-CO"/>
              </w:rPr>
            </w:pPr>
          </w:p>
        </w:tc>
      </w:tr>
      <w:tr w:rsidR="006A5CF0" w:rsidRPr="00044620" w14:paraId="7057B965" w14:textId="77777777">
        <w:trPr>
          <w:jc w:val="center"/>
        </w:trPr>
        <w:tc>
          <w:tcPr>
            <w:tcW w:w="6480" w:type="dxa"/>
            <w:vAlign w:val="center"/>
          </w:tcPr>
          <w:p w14:paraId="047EA9CD" w14:textId="77777777" w:rsidR="006A5CF0" w:rsidRPr="00044620" w:rsidRDefault="001B4046">
            <w:pPr>
              <w:spacing w:after="0"/>
              <w:rPr>
                <w:lang w:val="es-CO"/>
              </w:rPr>
            </w:pPr>
            <w:r w:rsidRPr="00044620">
              <w:rPr>
                <w:sz w:val="16"/>
                <w:lang w:val="es-CO"/>
              </w:rPr>
              <w:t>No cesión del incentivo o desarrollo de la propuesta a terceros</w:t>
            </w:r>
          </w:p>
        </w:tc>
        <w:tc>
          <w:tcPr>
            <w:tcW w:w="1440" w:type="dxa"/>
            <w:vAlign w:val="center"/>
          </w:tcPr>
          <w:p w14:paraId="0A44C57D" w14:textId="77777777" w:rsidR="006A5CF0" w:rsidRPr="00044620" w:rsidRDefault="006A5CF0">
            <w:pPr>
              <w:spacing w:after="0"/>
              <w:rPr>
                <w:lang w:val="es-CO"/>
              </w:rPr>
            </w:pPr>
          </w:p>
        </w:tc>
        <w:tc>
          <w:tcPr>
            <w:tcW w:w="1872" w:type="dxa"/>
            <w:vAlign w:val="center"/>
          </w:tcPr>
          <w:p w14:paraId="0B58FFBD" w14:textId="77777777" w:rsidR="006A5CF0" w:rsidRPr="00044620" w:rsidRDefault="006A5CF0">
            <w:pPr>
              <w:spacing w:after="0"/>
              <w:rPr>
                <w:lang w:val="es-CO"/>
              </w:rPr>
            </w:pPr>
          </w:p>
        </w:tc>
      </w:tr>
      <w:tr w:rsidR="006A5CF0" w:rsidRPr="00044620" w14:paraId="2772521B" w14:textId="77777777">
        <w:trPr>
          <w:jc w:val="center"/>
        </w:trPr>
        <w:tc>
          <w:tcPr>
            <w:tcW w:w="6480" w:type="dxa"/>
            <w:vAlign w:val="center"/>
          </w:tcPr>
          <w:p w14:paraId="70703952" w14:textId="77777777" w:rsidR="006A5CF0" w:rsidRPr="00044620" w:rsidRDefault="001B4046">
            <w:pPr>
              <w:spacing w:after="0"/>
              <w:rPr>
                <w:lang w:val="es-CO"/>
              </w:rPr>
            </w:pPr>
            <w:r w:rsidRPr="00044620">
              <w:rPr>
                <w:sz w:val="16"/>
                <w:lang w:val="es-CO"/>
              </w:rPr>
              <w:t>Trámite de permisos y autorizaciones de ley (PUFAC) para grabaciones en exteriores</w:t>
            </w:r>
          </w:p>
        </w:tc>
        <w:tc>
          <w:tcPr>
            <w:tcW w:w="1440" w:type="dxa"/>
            <w:vAlign w:val="center"/>
          </w:tcPr>
          <w:p w14:paraId="1C53F2B5" w14:textId="77777777" w:rsidR="006A5CF0" w:rsidRPr="00044620" w:rsidRDefault="006A5CF0">
            <w:pPr>
              <w:spacing w:after="0"/>
              <w:rPr>
                <w:lang w:val="es-CO"/>
              </w:rPr>
            </w:pPr>
          </w:p>
        </w:tc>
        <w:tc>
          <w:tcPr>
            <w:tcW w:w="1872" w:type="dxa"/>
            <w:vAlign w:val="center"/>
          </w:tcPr>
          <w:p w14:paraId="5B92BD3A" w14:textId="77777777" w:rsidR="006A5CF0" w:rsidRPr="00044620" w:rsidRDefault="006A5CF0">
            <w:pPr>
              <w:spacing w:after="0"/>
              <w:rPr>
                <w:lang w:val="es-CO"/>
              </w:rPr>
            </w:pPr>
          </w:p>
        </w:tc>
      </w:tr>
      <w:tr w:rsidR="006A5CF0" w:rsidRPr="00044620" w14:paraId="004678B4" w14:textId="77777777">
        <w:trPr>
          <w:jc w:val="center"/>
        </w:trPr>
        <w:tc>
          <w:tcPr>
            <w:tcW w:w="6480" w:type="dxa"/>
            <w:vAlign w:val="center"/>
          </w:tcPr>
          <w:p w14:paraId="67C4AF32" w14:textId="77777777" w:rsidR="006A5CF0" w:rsidRPr="00044620" w:rsidRDefault="001B4046">
            <w:pPr>
              <w:spacing w:after="0"/>
              <w:rPr>
                <w:lang w:val="es-CO"/>
              </w:rPr>
            </w:pPr>
            <w:r w:rsidRPr="00044620">
              <w:rPr>
                <w:sz w:val="16"/>
                <w:lang w:val="es-CO"/>
              </w:rPr>
              <w:t>Entrega de informes en los plazos establecidos</w:t>
            </w:r>
          </w:p>
        </w:tc>
        <w:tc>
          <w:tcPr>
            <w:tcW w:w="1440" w:type="dxa"/>
            <w:vAlign w:val="center"/>
          </w:tcPr>
          <w:p w14:paraId="7F8205C0" w14:textId="77777777" w:rsidR="006A5CF0" w:rsidRPr="00044620" w:rsidRDefault="006A5CF0">
            <w:pPr>
              <w:spacing w:after="0"/>
              <w:rPr>
                <w:lang w:val="es-CO"/>
              </w:rPr>
            </w:pPr>
          </w:p>
        </w:tc>
        <w:tc>
          <w:tcPr>
            <w:tcW w:w="1872" w:type="dxa"/>
            <w:vAlign w:val="center"/>
          </w:tcPr>
          <w:p w14:paraId="3A2388DE" w14:textId="77777777" w:rsidR="006A5CF0" w:rsidRPr="00044620" w:rsidRDefault="006A5CF0">
            <w:pPr>
              <w:spacing w:after="0"/>
              <w:rPr>
                <w:lang w:val="es-CO"/>
              </w:rPr>
            </w:pPr>
          </w:p>
        </w:tc>
      </w:tr>
      <w:tr w:rsidR="006A5CF0" w:rsidRPr="00044620" w14:paraId="3EB18106" w14:textId="77777777">
        <w:trPr>
          <w:jc w:val="center"/>
        </w:trPr>
        <w:tc>
          <w:tcPr>
            <w:tcW w:w="6480" w:type="dxa"/>
            <w:vAlign w:val="center"/>
          </w:tcPr>
          <w:p w14:paraId="2A9152E1" w14:textId="77777777" w:rsidR="006A5CF0" w:rsidRPr="00044620" w:rsidRDefault="001B4046">
            <w:pPr>
              <w:spacing w:after="0"/>
              <w:rPr>
                <w:lang w:val="es-CO"/>
              </w:rPr>
            </w:pPr>
            <w:r w:rsidRPr="00044620">
              <w:rPr>
                <w:sz w:val="16"/>
                <w:lang w:val="es-CO"/>
              </w:rPr>
              <w:t>Otorgamiento de reconocimiento al IPCC y Alcaldía en actividades y piezas comunicativas</w:t>
            </w:r>
          </w:p>
        </w:tc>
        <w:tc>
          <w:tcPr>
            <w:tcW w:w="1440" w:type="dxa"/>
            <w:vAlign w:val="center"/>
          </w:tcPr>
          <w:p w14:paraId="24255224" w14:textId="77777777" w:rsidR="006A5CF0" w:rsidRPr="00044620" w:rsidRDefault="006A5CF0">
            <w:pPr>
              <w:spacing w:after="0"/>
              <w:rPr>
                <w:lang w:val="es-CO"/>
              </w:rPr>
            </w:pPr>
          </w:p>
        </w:tc>
        <w:tc>
          <w:tcPr>
            <w:tcW w:w="1872" w:type="dxa"/>
            <w:vAlign w:val="center"/>
          </w:tcPr>
          <w:p w14:paraId="46CCED1E" w14:textId="77777777" w:rsidR="006A5CF0" w:rsidRPr="00044620" w:rsidRDefault="006A5CF0">
            <w:pPr>
              <w:spacing w:after="0"/>
              <w:rPr>
                <w:lang w:val="es-CO"/>
              </w:rPr>
            </w:pPr>
          </w:p>
        </w:tc>
      </w:tr>
      <w:tr w:rsidR="006A5CF0" w:rsidRPr="00044620" w14:paraId="4A40D446" w14:textId="77777777">
        <w:trPr>
          <w:jc w:val="center"/>
        </w:trPr>
        <w:tc>
          <w:tcPr>
            <w:tcW w:w="6480" w:type="dxa"/>
            <w:vAlign w:val="center"/>
          </w:tcPr>
          <w:p w14:paraId="3AAF96F3" w14:textId="77777777" w:rsidR="006A5CF0" w:rsidRPr="00044620" w:rsidRDefault="001B4046">
            <w:pPr>
              <w:spacing w:after="0"/>
              <w:rPr>
                <w:lang w:val="es-CO"/>
              </w:rPr>
            </w:pPr>
            <w:r w:rsidRPr="00044620">
              <w:rPr>
                <w:sz w:val="16"/>
                <w:lang w:val="es-CO"/>
              </w:rPr>
              <w:t>Sustitución de integrantes (solo en caso de fuerza mayor, máximo 25%)</w:t>
            </w:r>
          </w:p>
        </w:tc>
        <w:tc>
          <w:tcPr>
            <w:tcW w:w="1440" w:type="dxa"/>
            <w:vAlign w:val="center"/>
          </w:tcPr>
          <w:p w14:paraId="7D3EC4F6" w14:textId="77777777" w:rsidR="006A5CF0" w:rsidRPr="00044620" w:rsidRDefault="006A5CF0">
            <w:pPr>
              <w:spacing w:after="0"/>
              <w:rPr>
                <w:lang w:val="es-CO"/>
              </w:rPr>
            </w:pPr>
          </w:p>
        </w:tc>
        <w:tc>
          <w:tcPr>
            <w:tcW w:w="1872" w:type="dxa"/>
            <w:vAlign w:val="center"/>
          </w:tcPr>
          <w:p w14:paraId="6C1705A7" w14:textId="77777777" w:rsidR="006A5CF0" w:rsidRPr="00044620" w:rsidRDefault="006A5CF0">
            <w:pPr>
              <w:spacing w:after="0"/>
              <w:rPr>
                <w:lang w:val="es-CO"/>
              </w:rPr>
            </w:pPr>
          </w:p>
        </w:tc>
      </w:tr>
      <w:tr w:rsidR="006A5CF0" w:rsidRPr="00044620" w14:paraId="6EA3333F" w14:textId="77777777">
        <w:trPr>
          <w:jc w:val="center"/>
        </w:trPr>
        <w:tc>
          <w:tcPr>
            <w:tcW w:w="6480" w:type="dxa"/>
            <w:vAlign w:val="center"/>
          </w:tcPr>
          <w:p w14:paraId="341C5DF8" w14:textId="77777777" w:rsidR="006A5CF0" w:rsidRPr="00044620" w:rsidRDefault="001B4046">
            <w:pPr>
              <w:spacing w:after="0"/>
              <w:rPr>
                <w:lang w:val="es-CO"/>
              </w:rPr>
            </w:pPr>
            <w:r w:rsidRPr="00044620">
              <w:rPr>
                <w:sz w:val="16"/>
                <w:lang w:val="es-CO"/>
              </w:rPr>
              <w:t>Entrega de producto esperado según línea</w:t>
            </w:r>
          </w:p>
        </w:tc>
        <w:tc>
          <w:tcPr>
            <w:tcW w:w="1440" w:type="dxa"/>
            <w:vAlign w:val="center"/>
          </w:tcPr>
          <w:p w14:paraId="3F4DB315" w14:textId="77777777" w:rsidR="006A5CF0" w:rsidRPr="00044620" w:rsidRDefault="006A5CF0">
            <w:pPr>
              <w:spacing w:after="0"/>
              <w:rPr>
                <w:lang w:val="es-CO"/>
              </w:rPr>
            </w:pPr>
          </w:p>
        </w:tc>
        <w:tc>
          <w:tcPr>
            <w:tcW w:w="1872" w:type="dxa"/>
            <w:vAlign w:val="center"/>
          </w:tcPr>
          <w:p w14:paraId="22DC0B1E" w14:textId="77777777" w:rsidR="006A5CF0" w:rsidRPr="00044620" w:rsidRDefault="006A5CF0">
            <w:pPr>
              <w:spacing w:after="0"/>
              <w:rPr>
                <w:lang w:val="es-CO"/>
              </w:rPr>
            </w:pPr>
          </w:p>
        </w:tc>
      </w:tr>
    </w:tbl>
    <w:p w14:paraId="05F1DE51" w14:textId="77777777" w:rsidR="006A5CF0" w:rsidRPr="00044620" w:rsidRDefault="006A5CF0">
      <w:pPr>
        <w:spacing w:after="0"/>
        <w:rPr>
          <w:lang w:val="es-CO"/>
        </w:rPr>
      </w:pPr>
    </w:p>
    <w:p w14:paraId="2AEA8898" w14:textId="77777777" w:rsidR="006A5CF0" w:rsidRPr="00044620" w:rsidRDefault="001B4046">
      <w:pPr>
        <w:pStyle w:val="Ttulo1"/>
        <w:spacing w:before="160" w:after="100"/>
        <w:rPr>
          <w:lang w:val="es-CO"/>
        </w:rPr>
      </w:pPr>
      <w:r w:rsidRPr="00044620">
        <w:rPr>
          <w:lang w:val="es-CO"/>
        </w:rPr>
        <w:t>8. Declaración juramentada</w:t>
      </w:r>
    </w:p>
    <w:p w14:paraId="0286E76B" w14:textId="77777777" w:rsidR="006A5CF0" w:rsidRPr="00044620" w:rsidRDefault="001B4046">
      <w:pPr>
        <w:rPr>
          <w:lang w:val="es-CO"/>
        </w:rPr>
      </w:pPr>
      <w:r w:rsidRPr="00044620">
        <w:rPr>
          <w:lang w:val="es-CO"/>
        </w:rPr>
        <w:t>Yo, ______________________________, identificado(a) con cédula de ciudadanía N° ________________, en calidad de beneficiario(a) del estímulo otorgado en la Convocatoria para el Fortalecimiento del Sector Fílmico, Audiovisual y Medios Interactivos de Cartagena – Vigencia 2026, declaro bajo juramento que:</w:t>
      </w:r>
    </w:p>
    <w:p w14:paraId="0C68B031" w14:textId="77777777" w:rsidR="006A5CF0" w:rsidRPr="00044620" w:rsidRDefault="001B4046">
      <w:pPr>
        <w:rPr>
          <w:lang w:val="es-CO"/>
        </w:rPr>
      </w:pPr>
      <w:r w:rsidRPr="00044620">
        <w:rPr>
          <w:lang w:val="es-CO"/>
        </w:rPr>
        <w:t>1. La información consignada en este informe es veraz, completa y verificable.</w:t>
      </w:r>
    </w:p>
    <w:p w14:paraId="273C03BF" w14:textId="77777777" w:rsidR="006A5CF0" w:rsidRPr="00044620" w:rsidRDefault="001B4046">
      <w:pPr>
        <w:rPr>
          <w:lang w:val="es-CO"/>
        </w:rPr>
      </w:pPr>
      <w:r w:rsidRPr="00044620">
        <w:rPr>
          <w:lang w:val="es-CO"/>
        </w:rPr>
        <w:t>2. Los recursos del estímulo fueron destinados exclusivamente a la ejecución de la propuesta aprobada.</w:t>
      </w:r>
    </w:p>
    <w:p w14:paraId="44688CD8" w14:textId="77777777" w:rsidR="006A5CF0" w:rsidRPr="00044620" w:rsidRDefault="001B4046">
      <w:pPr>
        <w:rPr>
          <w:lang w:val="es-CO"/>
        </w:rPr>
      </w:pPr>
      <w:r w:rsidRPr="00044620">
        <w:rPr>
          <w:lang w:val="es-CO"/>
        </w:rPr>
        <w:t>3. No se incurrió en gastos no permitidos según lo establecido en los Términos de Referencia.</w:t>
      </w:r>
    </w:p>
    <w:p w14:paraId="79F01C96" w14:textId="77777777" w:rsidR="006A5CF0" w:rsidRPr="00044620" w:rsidRDefault="001B4046">
      <w:pPr>
        <w:rPr>
          <w:lang w:val="es-CO"/>
        </w:rPr>
      </w:pPr>
      <w:r w:rsidRPr="00044620">
        <w:rPr>
          <w:lang w:val="es-CO"/>
        </w:rPr>
        <w:t>4. Se cumplieron todas las actividades y productos comprometidos en la propuesta ganadora.</w:t>
      </w:r>
    </w:p>
    <w:p w14:paraId="0B858E0C" w14:textId="77777777" w:rsidR="006A5CF0" w:rsidRPr="00044620" w:rsidRDefault="001B4046">
      <w:pPr>
        <w:rPr>
          <w:lang w:val="es-CO"/>
        </w:rPr>
      </w:pPr>
      <w:r w:rsidRPr="00044620">
        <w:rPr>
          <w:lang w:val="es-CO"/>
        </w:rPr>
        <w:t>5. Se otorgó el reconocimiento al IPCC y a la Alcaldía de Cartagena de Indias en todas las actividades y piezas comunicativas.</w:t>
      </w:r>
    </w:p>
    <w:p w14:paraId="1DA71709" w14:textId="77777777" w:rsidR="006A5CF0" w:rsidRPr="00044620" w:rsidRDefault="001B4046">
      <w:pPr>
        <w:rPr>
          <w:lang w:val="es-CO"/>
        </w:rPr>
      </w:pPr>
      <w:r w:rsidRPr="00044620">
        <w:rPr>
          <w:lang w:val="es-CO"/>
        </w:rPr>
        <w:t>6. Autorizo al IPCC para realizar la verificación y auditoría de la información presentada.</w:t>
      </w:r>
    </w:p>
    <w:p w14:paraId="2E2B8259" w14:textId="77777777" w:rsidR="006A5CF0" w:rsidRPr="00044620" w:rsidRDefault="001B4046">
      <w:pPr>
        <w:rPr>
          <w:lang w:val="es-CO"/>
        </w:rPr>
      </w:pPr>
      <w:r w:rsidRPr="00044620">
        <w:rPr>
          <w:lang w:val="es-CO"/>
        </w:rPr>
        <w:br/>
        <w:t>Firma: ____________________________________</w:t>
      </w:r>
    </w:p>
    <w:p w14:paraId="56344E26" w14:textId="77777777" w:rsidR="006A5CF0" w:rsidRPr="00044620" w:rsidRDefault="001B4046">
      <w:pPr>
        <w:rPr>
          <w:lang w:val="es-CO"/>
        </w:rPr>
      </w:pPr>
      <w:r w:rsidRPr="00044620">
        <w:rPr>
          <w:lang w:val="es-CO"/>
        </w:rPr>
        <w:t>Nombre: __________________________________</w:t>
      </w:r>
    </w:p>
    <w:p w14:paraId="2FA6DC07" w14:textId="77777777" w:rsidR="006A5CF0" w:rsidRPr="00044620" w:rsidRDefault="001B4046">
      <w:pPr>
        <w:rPr>
          <w:lang w:val="es-CO"/>
        </w:rPr>
      </w:pPr>
      <w:r w:rsidRPr="00044620">
        <w:rPr>
          <w:lang w:val="es-CO"/>
        </w:rPr>
        <w:t>Cédula: __________________________________</w:t>
      </w:r>
    </w:p>
    <w:p w14:paraId="2F53B250" w14:textId="77777777" w:rsidR="006A5CF0" w:rsidRDefault="001B4046">
      <w:pPr>
        <w:rPr>
          <w:lang w:val="es-CO"/>
        </w:rPr>
      </w:pPr>
      <w:r w:rsidRPr="00044620">
        <w:rPr>
          <w:lang w:val="es-CO"/>
        </w:rPr>
        <w:t>Fecha: ___________________________________</w:t>
      </w:r>
    </w:p>
    <w:p w14:paraId="5822B26B" w14:textId="77777777" w:rsidR="00863B0E" w:rsidRDefault="00863B0E">
      <w:pPr>
        <w:rPr>
          <w:lang w:val="es-CO"/>
        </w:rPr>
      </w:pPr>
    </w:p>
    <w:p w14:paraId="5E3E63C0" w14:textId="77777777" w:rsidR="00863B0E" w:rsidRPr="00044620" w:rsidRDefault="00863B0E">
      <w:pPr>
        <w:rPr>
          <w:lang w:val="es-CO"/>
        </w:rPr>
      </w:pPr>
    </w:p>
    <w:p w14:paraId="38EC82A0" w14:textId="77777777" w:rsidR="006A5CF0" w:rsidRPr="00044620" w:rsidRDefault="001B4046">
      <w:pPr>
        <w:pStyle w:val="Ttulo1"/>
        <w:spacing w:before="160" w:after="100"/>
        <w:rPr>
          <w:lang w:val="es-CO"/>
        </w:rPr>
      </w:pPr>
      <w:r w:rsidRPr="00044620">
        <w:rPr>
          <w:lang w:val="es-CO"/>
        </w:rPr>
        <w:lastRenderedPageBreak/>
        <w:t>9. Aprobación del supervisor del IPCC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168"/>
        <w:gridCol w:w="6624"/>
      </w:tblGrid>
      <w:tr w:rsidR="006A5CF0" w14:paraId="15C06CC7" w14:textId="77777777">
        <w:trPr>
          <w:jc w:val="center"/>
        </w:trPr>
        <w:tc>
          <w:tcPr>
            <w:tcW w:w="3168" w:type="dxa"/>
            <w:shd w:val="clear" w:color="auto" w:fill="D9E2F3"/>
            <w:vAlign w:val="center"/>
          </w:tcPr>
          <w:p w14:paraId="645C0C9D" w14:textId="77777777" w:rsidR="006A5CF0" w:rsidRDefault="001B4046">
            <w:pPr>
              <w:spacing w:after="0"/>
            </w:pPr>
            <w:r>
              <w:rPr>
                <w:b/>
                <w:sz w:val="16"/>
              </w:rPr>
              <w:t>Campo</w:t>
            </w:r>
          </w:p>
        </w:tc>
        <w:tc>
          <w:tcPr>
            <w:tcW w:w="6624" w:type="dxa"/>
            <w:shd w:val="clear" w:color="auto" w:fill="D9E2F3"/>
            <w:vAlign w:val="center"/>
          </w:tcPr>
          <w:p w14:paraId="3A5CD0BB" w14:textId="77777777" w:rsidR="006A5CF0" w:rsidRDefault="001B4046">
            <w:pPr>
              <w:spacing w:after="0"/>
            </w:pPr>
            <w:r>
              <w:rPr>
                <w:b/>
                <w:sz w:val="16"/>
              </w:rPr>
              <w:t>Descripción</w:t>
            </w:r>
          </w:p>
        </w:tc>
      </w:tr>
      <w:tr w:rsidR="006A5CF0" w14:paraId="7E87925A" w14:textId="77777777">
        <w:trPr>
          <w:jc w:val="center"/>
        </w:trPr>
        <w:tc>
          <w:tcPr>
            <w:tcW w:w="3168" w:type="dxa"/>
            <w:vAlign w:val="center"/>
          </w:tcPr>
          <w:p w14:paraId="1219D5C7" w14:textId="77777777" w:rsidR="006A5CF0" w:rsidRDefault="001B4046">
            <w:pPr>
              <w:spacing w:after="0"/>
            </w:pPr>
            <w:r>
              <w:rPr>
                <w:sz w:val="16"/>
              </w:rPr>
              <w:t>Nombre del supervisor</w:t>
            </w:r>
          </w:p>
        </w:tc>
        <w:tc>
          <w:tcPr>
            <w:tcW w:w="6624" w:type="dxa"/>
            <w:vAlign w:val="center"/>
          </w:tcPr>
          <w:p w14:paraId="042AF1B6" w14:textId="77777777" w:rsidR="006A5CF0" w:rsidRDefault="006A5CF0">
            <w:pPr>
              <w:spacing w:after="0"/>
            </w:pPr>
          </w:p>
        </w:tc>
      </w:tr>
      <w:tr w:rsidR="006A5CF0" w:rsidRPr="00044620" w14:paraId="4511AC46" w14:textId="77777777">
        <w:trPr>
          <w:jc w:val="center"/>
        </w:trPr>
        <w:tc>
          <w:tcPr>
            <w:tcW w:w="3168" w:type="dxa"/>
            <w:vAlign w:val="center"/>
          </w:tcPr>
          <w:p w14:paraId="32069296" w14:textId="77777777" w:rsidR="006A5CF0" w:rsidRDefault="001B4046">
            <w:pPr>
              <w:spacing w:after="0"/>
            </w:pPr>
            <w:r>
              <w:rPr>
                <w:sz w:val="16"/>
              </w:rPr>
              <w:t>Concepto técnico</w:t>
            </w:r>
          </w:p>
        </w:tc>
        <w:tc>
          <w:tcPr>
            <w:tcW w:w="6624" w:type="dxa"/>
            <w:vAlign w:val="center"/>
          </w:tcPr>
          <w:p w14:paraId="41326320" w14:textId="77777777" w:rsidR="006A5CF0" w:rsidRPr="00044620" w:rsidRDefault="001B4046">
            <w:pPr>
              <w:spacing w:after="0"/>
              <w:rPr>
                <w:lang w:val="es-CO"/>
              </w:rPr>
            </w:pPr>
            <w:r w:rsidRPr="00044620">
              <w:rPr>
                <w:sz w:val="16"/>
                <w:lang w:val="es-CO"/>
              </w:rPr>
              <w:t>Aprobado / Aprobado con observaciones / No aprobado</w:t>
            </w:r>
          </w:p>
        </w:tc>
      </w:tr>
      <w:tr w:rsidR="006A5CF0" w14:paraId="33BD5CB6" w14:textId="77777777">
        <w:trPr>
          <w:jc w:val="center"/>
        </w:trPr>
        <w:tc>
          <w:tcPr>
            <w:tcW w:w="3168" w:type="dxa"/>
            <w:vAlign w:val="center"/>
          </w:tcPr>
          <w:p w14:paraId="520AD79D" w14:textId="77777777" w:rsidR="006A5CF0" w:rsidRDefault="001B4046">
            <w:pPr>
              <w:spacing w:after="0"/>
            </w:pPr>
            <w:r>
              <w:rPr>
                <w:sz w:val="16"/>
              </w:rPr>
              <w:t>Observaciones</w:t>
            </w:r>
          </w:p>
        </w:tc>
        <w:tc>
          <w:tcPr>
            <w:tcW w:w="6624" w:type="dxa"/>
            <w:vAlign w:val="center"/>
          </w:tcPr>
          <w:p w14:paraId="04FE883E" w14:textId="77777777" w:rsidR="006A5CF0" w:rsidRDefault="006A5CF0">
            <w:pPr>
              <w:spacing w:after="0"/>
            </w:pPr>
          </w:p>
        </w:tc>
      </w:tr>
      <w:tr w:rsidR="006A5CF0" w14:paraId="49996076" w14:textId="77777777">
        <w:trPr>
          <w:jc w:val="center"/>
        </w:trPr>
        <w:tc>
          <w:tcPr>
            <w:tcW w:w="3168" w:type="dxa"/>
            <w:vAlign w:val="center"/>
          </w:tcPr>
          <w:p w14:paraId="029A6FB6" w14:textId="77777777" w:rsidR="006A5CF0" w:rsidRDefault="001B4046">
            <w:pPr>
              <w:spacing w:after="0"/>
            </w:pPr>
            <w:r>
              <w:rPr>
                <w:sz w:val="16"/>
              </w:rPr>
              <w:t>Fecha de revisión</w:t>
            </w:r>
          </w:p>
        </w:tc>
        <w:tc>
          <w:tcPr>
            <w:tcW w:w="6624" w:type="dxa"/>
            <w:vAlign w:val="center"/>
          </w:tcPr>
          <w:p w14:paraId="79BC586E" w14:textId="77777777" w:rsidR="006A5CF0" w:rsidRDefault="006A5CF0">
            <w:pPr>
              <w:spacing w:after="0"/>
            </w:pPr>
          </w:p>
        </w:tc>
      </w:tr>
      <w:tr w:rsidR="006A5CF0" w14:paraId="28DC516B" w14:textId="77777777">
        <w:trPr>
          <w:jc w:val="center"/>
        </w:trPr>
        <w:tc>
          <w:tcPr>
            <w:tcW w:w="3168" w:type="dxa"/>
            <w:vAlign w:val="center"/>
          </w:tcPr>
          <w:p w14:paraId="1C165A06" w14:textId="77777777" w:rsidR="006A5CF0" w:rsidRDefault="001B4046">
            <w:pPr>
              <w:spacing w:after="0"/>
            </w:pPr>
            <w:r>
              <w:rPr>
                <w:sz w:val="16"/>
              </w:rPr>
              <w:t>Firma</w:t>
            </w:r>
          </w:p>
        </w:tc>
        <w:tc>
          <w:tcPr>
            <w:tcW w:w="6624" w:type="dxa"/>
            <w:vAlign w:val="center"/>
          </w:tcPr>
          <w:p w14:paraId="208852C7" w14:textId="77777777" w:rsidR="006A5CF0" w:rsidRDefault="006A5CF0">
            <w:pPr>
              <w:spacing w:after="0"/>
            </w:pPr>
          </w:p>
        </w:tc>
      </w:tr>
    </w:tbl>
    <w:p w14:paraId="272C4765" w14:textId="77777777" w:rsidR="006A5CF0" w:rsidRDefault="006A5CF0">
      <w:pPr>
        <w:spacing w:after="0"/>
      </w:pPr>
    </w:p>
    <w:p w14:paraId="68BBB924" w14:textId="77777777" w:rsidR="006A5CF0" w:rsidRDefault="001B4046">
      <w:pPr>
        <w:pStyle w:val="Ttulo1"/>
        <w:spacing w:before="160" w:after="100"/>
      </w:pPr>
      <w:r>
        <w:t>10. Lista de anexos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720"/>
        <w:gridCol w:w="7488"/>
        <w:gridCol w:w="1584"/>
      </w:tblGrid>
      <w:tr w:rsidR="006A5CF0" w14:paraId="2B4865E2" w14:textId="77777777">
        <w:trPr>
          <w:jc w:val="center"/>
        </w:trPr>
        <w:tc>
          <w:tcPr>
            <w:tcW w:w="720" w:type="dxa"/>
            <w:shd w:val="clear" w:color="auto" w:fill="D9E2F3"/>
            <w:vAlign w:val="center"/>
          </w:tcPr>
          <w:p w14:paraId="04BA96EA" w14:textId="77777777" w:rsidR="006A5CF0" w:rsidRDefault="001B4046">
            <w:pPr>
              <w:spacing w:after="0"/>
            </w:pPr>
            <w:r>
              <w:rPr>
                <w:b/>
                <w:sz w:val="16"/>
              </w:rPr>
              <w:t>N°</w:t>
            </w:r>
          </w:p>
        </w:tc>
        <w:tc>
          <w:tcPr>
            <w:tcW w:w="7488" w:type="dxa"/>
            <w:shd w:val="clear" w:color="auto" w:fill="D9E2F3"/>
            <w:vAlign w:val="center"/>
          </w:tcPr>
          <w:p w14:paraId="053C33A7" w14:textId="77777777" w:rsidR="006A5CF0" w:rsidRDefault="001B4046">
            <w:pPr>
              <w:spacing w:after="0"/>
            </w:pPr>
            <w:r>
              <w:rPr>
                <w:b/>
                <w:sz w:val="16"/>
              </w:rPr>
              <w:t>Descripción del anexo</w:t>
            </w:r>
          </w:p>
        </w:tc>
        <w:tc>
          <w:tcPr>
            <w:tcW w:w="1584" w:type="dxa"/>
            <w:shd w:val="clear" w:color="auto" w:fill="D9E2F3"/>
            <w:vAlign w:val="center"/>
          </w:tcPr>
          <w:p w14:paraId="71963A53" w14:textId="77777777" w:rsidR="006A5CF0" w:rsidRDefault="001B4046">
            <w:pPr>
              <w:spacing w:after="0"/>
            </w:pPr>
            <w:r>
              <w:rPr>
                <w:b/>
                <w:sz w:val="16"/>
              </w:rPr>
              <w:t>N° de folios</w:t>
            </w:r>
          </w:p>
        </w:tc>
      </w:tr>
      <w:tr w:rsidR="006A5CF0" w14:paraId="5065F7F9" w14:textId="77777777">
        <w:trPr>
          <w:jc w:val="center"/>
        </w:trPr>
        <w:tc>
          <w:tcPr>
            <w:tcW w:w="720" w:type="dxa"/>
            <w:vAlign w:val="center"/>
          </w:tcPr>
          <w:p w14:paraId="13795FF4" w14:textId="77777777" w:rsidR="006A5CF0" w:rsidRDefault="001B4046">
            <w:pPr>
              <w:spacing w:after="0"/>
            </w:pPr>
            <w:r>
              <w:rPr>
                <w:sz w:val="16"/>
              </w:rPr>
              <w:t>1</w:t>
            </w:r>
          </w:p>
        </w:tc>
        <w:tc>
          <w:tcPr>
            <w:tcW w:w="7488" w:type="dxa"/>
            <w:vAlign w:val="center"/>
          </w:tcPr>
          <w:p w14:paraId="3262C6BE" w14:textId="77777777" w:rsidR="006A5CF0" w:rsidRDefault="006A5CF0">
            <w:pPr>
              <w:spacing w:after="0"/>
            </w:pPr>
          </w:p>
        </w:tc>
        <w:tc>
          <w:tcPr>
            <w:tcW w:w="1584" w:type="dxa"/>
            <w:vAlign w:val="center"/>
          </w:tcPr>
          <w:p w14:paraId="126F3C38" w14:textId="77777777" w:rsidR="006A5CF0" w:rsidRDefault="006A5CF0">
            <w:pPr>
              <w:spacing w:after="0"/>
            </w:pPr>
          </w:p>
        </w:tc>
      </w:tr>
      <w:tr w:rsidR="006A5CF0" w14:paraId="4C74D925" w14:textId="77777777">
        <w:trPr>
          <w:jc w:val="center"/>
        </w:trPr>
        <w:tc>
          <w:tcPr>
            <w:tcW w:w="720" w:type="dxa"/>
            <w:vAlign w:val="center"/>
          </w:tcPr>
          <w:p w14:paraId="72E6FE2B" w14:textId="77777777" w:rsidR="006A5CF0" w:rsidRDefault="001B4046">
            <w:pPr>
              <w:spacing w:after="0"/>
            </w:pPr>
            <w:r>
              <w:rPr>
                <w:sz w:val="16"/>
              </w:rPr>
              <w:t>2</w:t>
            </w:r>
          </w:p>
        </w:tc>
        <w:tc>
          <w:tcPr>
            <w:tcW w:w="7488" w:type="dxa"/>
            <w:vAlign w:val="center"/>
          </w:tcPr>
          <w:p w14:paraId="22B1BB59" w14:textId="77777777" w:rsidR="006A5CF0" w:rsidRDefault="006A5CF0">
            <w:pPr>
              <w:spacing w:after="0"/>
            </w:pPr>
          </w:p>
        </w:tc>
        <w:tc>
          <w:tcPr>
            <w:tcW w:w="1584" w:type="dxa"/>
            <w:vAlign w:val="center"/>
          </w:tcPr>
          <w:p w14:paraId="176D0566" w14:textId="77777777" w:rsidR="006A5CF0" w:rsidRDefault="006A5CF0">
            <w:pPr>
              <w:spacing w:after="0"/>
            </w:pPr>
          </w:p>
        </w:tc>
      </w:tr>
      <w:tr w:rsidR="006A5CF0" w14:paraId="42C438EC" w14:textId="77777777">
        <w:trPr>
          <w:jc w:val="center"/>
        </w:trPr>
        <w:tc>
          <w:tcPr>
            <w:tcW w:w="720" w:type="dxa"/>
            <w:vAlign w:val="center"/>
          </w:tcPr>
          <w:p w14:paraId="39BB3809" w14:textId="77777777" w:rsidR="006A5CF0" w:rsidRDefault="001B4046">
            <w:pPr>
              <w:spacing w:after="0"/>
            </w:pPr>
            <w:r>
              <w:rPr>
                <w:sz w:val="16"/>
              </w:rPr>
              <w:t>3</w:t>
            </w:r>
          </w:p>
        </w:tc>
        <w:tc>
          <w:tcPr>
            <w:tcW w:w="7488" w:type="dxa"/>
            <w:vAlign w:val="center"/>
          </w:tcPr>
          <w:p w14:paraId="5E6171B5" w14:textId="77777777" w:rsidR="006A5CF0" w:rsidRDefault="006A5CF0">
            <w:pPr>
              <w:spacing w:after="0"/>
            </w:pPr>
          </w:p>
        </w:tc>
        <w:tc>
          <w:tcPr>
            <w:tcW w:w="1584" w:type="dxa"/>
            <w:vAlign w:val="center"/>
          </w:tcPr>
          <w:p w14:paraId="5B540EAF" w14:textId="77777777" w:rsidR="006A5CF0" w:rsidRDefault="006A5CF0">
            <w:pPr>
              <w:spacing w:after="0"/>
            </w:pPr>
          </w:p>
        </w:tc>
      </w:tr>
    </w:tbl>
    <w:p w14:paraId="7CC89E68" w14:textId="77777777" w:rsidR="006A5CF0" w:rsidRDefault="006A5CF0">
      <w:pPr>
        <w:spacing w:after="0"/>
      </w:pPr>
    </w:p>
    <w:p w14:paraId="3771F278" w14:textId="77777777" w:rsidR="006A5CF0" w:rsidRDefault="001B4046">
      <w:pPr>
        <w:pStyle w:val="Ttulo1"/>
        <w:spacing w:before="160" w:after="100"/>
      </w:pPr>
      <w:r>
        <w:t>. Instrucciones para el diligenciamiento</w:t>
      </w:r>
    </w:p>
    <w:p w14:paraId="296FB4A5" w14:textId="77777777" w:rsidR="006A5CF0" w:rsidRPr="00044620" w:rsidRDefault="001B4046">
      <w:pPr>
        <w:rPr>
          <w:lang w:val="es-CO"/>
        </w:rPr>
      </w:pPr>
      <w:r w:rsidRPr="00044620">
        <w:rPr>
          <w:lang w:val="es-CO"/>
        </w:rPr>
        <w:t>1. Diligencie todos los campos sin dejar espacios en blanco. Si algún campo no aplica, indique "N/A".</w:t>
      </w:r>
    </w:p>
    <w:p w14:paraId="3D71E99F" w14:textId="77777777" w:rsidR="006A5CF0" w:rsidRPr="00044620" w:rsidRDefault="001B4046">
      <w:pPr>
        <w:rPr>
          <w:lang w:val="es-CO"/>
        </w:rPr>
      </w:pPr>
      <w:r w:rsidRPr="00044620">
        <w:rPr>
          <w:lang w:val="es-CO"/>
        </w:rPr>
        <w:t>2. Adjunte todos los soportes requeridos en formato PDF, organizados en el mismo orden del formato.</w:t>
      </w:r>
    </w:p>
    <w:p w14:paraId="561C3DC5" w14:textId="77777777" w:rsidR="006A5CF0" w:rsidRPr="00044620" w:rsidRDefault="001B4046">
      <w:pPr>
        <w:rPr>
          <w:lang w:val="es-CO"/>
        </w:rPr>
      </w:pPr>
      <w:r w:rsidRPr="00044620">
        <w:rPr>
          <w:lang w:val="es-CO"/>
        </w:rPr>
        <w:t>3. Los enlaces de descarga de productos audiovisuales deben estar activos y disponibles mínimo dos (2) años.</w:t>
      </w:r>
    </w:p>
    <w:p w14:paraId="147A9393" w14:textId="77777777" w:rsidR="006A5CF0" w:rsidRPr="00044620" w:rsidRDefault="001B4046">
      <w:pPr>
        <w:rPr>
          <w:lang w:val="es-CO"/>
        </w:rPr>
      </w:pPr>
      <w:r w:rsidRPr="00044620">
        <w:rPr>
          <w:lang w:val="es-CO"/>
        </w:rPr>
        <w:t>4. Entregue el informe en el plazo establecido por el supervisor del IPCC, junto con la documentación completa y en debida forma.</w:t>
      </w:r>
    </w:p>
    <w:p w14:paraId="3D7C1C2F" w14:textId="77777777" w:rsidR="006A5CF0" w:rsidRPr="00044620" w:rsidRDefault="001B4046">
      <w:pPr>
        <w:rPr>
          <w:lang w:val="es-CO"/>
        </w:rPr>
      </w:pPr>
      <w:r w:rsidRPr="00044620">
        <w:rPr>
          <w:lang w:val="es-CO"/>
        </w:rPr>
        <w:t>5. Recuerde que la no entrega oportuna o incompleta puede generar incumplimiento y las sanciones establecidas en los Términos de Referencia.</w:t>
      </w:r>
    </w:p>
    <w:p w14:paraId="5D52103D" w14:textId="77777777" w:rsidR="006A5CF0" w:rsidRPr="00044620" w:rsidRDefault="001B4046">
      <w:pPr>
        <w:rPr>
          <w:lang w:val="es-CO"/>
        </w:rPr>
      </w:pPr>
      <w:r w:rsidRPr="00044620">
        <w:rPr>
          <w:lang w:val="es-CO"/>
        </w:rPr>
        <w:t>6. Este formato debe ser firmado por el beneficiario y aprobado por el supervisor del IPCC.</w:t>
      </w:r>
    </w:p>
    <w:p w14:paraId="3045D3D8" w14:textId="77777777" w:rsidR="006A5CF0" w:rsidRPr="00044620" w:rsidRDefault="001B4046">
      <w:pPr>
        <w:rPr>
          <w:lang w:val="es-CO"/>
        </w:rPr>
      </w:pPr>
      <w:r w:rsidRPr="00044620">
        <w:rPr>
          <w:lang w:val="es-CO"/>
        </w:rPr>
        <w:t>7. Para persona jurídica, adjunte certificación de pago de aportes al sistema de seguridad social y parafiscales, firmada por el revisor fiscal o representante legal.</w:t>
      </w:r>
    </w:p>
    <w:p w14:paraId="01DCDD97" w14:textId="77777777" w:rsidR="006A5CF0" w:rsidRPr="00044620" w:rsidRDefault="001B4046">
      <w:pPr>
        <w:rPr>
          <w:lang w:val="es-CO"/>
        </w:rPr>
      </w:pPr>
      <w:r w:rsidRPr="00044620">
        <w:rPr>
          <w:lang w:val="es-CO"/>
        </w:rPr>
        <w:t>8. Para persona natural, adjunte certificación de estar activo en el sistema de salud, con fecha no mayor a 30 días.</w:t>
      </w:r>
    </w:p>
    <w:p w14:paraId="112D8E59" w14:textId="4804AE44" w:rsidR="006A5CF0" w:rsidRPr="00044620" w:rsidRDefault="001131AF">
      <w:pPr>
        <w:pStyle w:val="Ttulo2"/>
        <w:rPr>
          <w:lang w:val="es-CO"/>
        </w:rPr>
      </w:pPr>
      <w:r w:rsidRPr="00044620">
        <w:rPr>
          <w:lang w:val="es-CO"/>
        </w:rPr>
        <w:t>Más información</w:t>
      </w:r>
    </w:p>
    <w:p w14:paraId="1BBAB16C" w14:textId="77777777" w:rsidR="006A5CF0" w:rsidRPr="00044620" w:rsidRDefault="001B4046">
      <w:pPr>
        <w:rPr>
          <w:lang w:val="es-CO"/>
        </w:rPr>
      </w:pPr>
      <w:r w:rsidRPr="00044620">
        <w:rPr>
          <w:lang w:val="es-CO"/>
        </w:rPr>
        <w:t>Instituto de Patrimonio y Cultura de Cartagena de Indias (IPCC)</w:t>
      </w:r>
      <w:r w:rsidRPr="00044620">
        <w:rPr>
          <w:lang w:val="es-CO"/>
        </w:rPr>
        <w:br/>
        <w:t>Correo: convocatorias@ipcc.gov.co</w:t>
      </w:r>
      <w:r w:rsidRPr="00044620">
        <w:rPr>
          <w:lang w:val="es-CO"/>
        </w:rPr>
        <w:br/>
        <w:t>Página web: https://convocatorias.ipcc.gov.co/convocatorias</w:t>
      </w:r>
    </w:p>
    <w:p w14:paraId="6435327B" w14:textId="77777777" w:rsidR="006A5CF0" w:rsidRPr="00044620" w:rsidRDefault="001B4046">
      <w:pPr>
        <w:rPr>
          <w:lang w:val="es-CO"/>
        </w:rPr>
      </w:pPr>
      <w:r w:rsidRPr="00044620">
        <w:rPr>
          <w:lang w:val="es-CO"/>
        </w:rPr>
        <w:t>Este formato ha sido diseñado conforme a los Términos de Referencia de la Convocatoria 2026 y puede ser ajustado por el IPCC según las necesidades específicas de cada línea, modalidad o categoría.</w:t>
      </w:r>
    </w:p>
    <w:sectPr w:rsidR="006A5CF0" w:rsidRPr="00044620" w:rsidSect="00034616">
      <w:footerReference w:type="default" r:id="rId8"/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DB6D44" w14:textId="77777777" w:rsidR="006D35C3" w:rsidRDefault="006D35C3">
      <w:pPr>
        <w:spacing w:after="0" w:line="240" w:lineRule="auto"/>
      </w:pPr>
      <w:r>
        <w:separator/>
      </w:r>
    </w:p>
  </w:endnote>
  <w:endnote w:type="continuationSeparator" w:id="0">
    <w:p w14:paraId="55CEC55F" w14:textId="77777777" w:rsidR="006D35C3" w:rsidRDefault="006D35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5919BD" w14:textId="77777777" w:rsidR="006A5CF0" w:rsidRPr="00044620" w:rsidRDefault="001B4046">
    <w:pPr>
      <w:pStyle w:val="Piedepgina"/>
      <w:jc w:val="center"/>
      <w:rPr>
        <w:lang w:val="es-CO"/>
      </w:rPr>
    </w:pPr>
    <w:r w:rsidRPr="00044620">
      <w:rPr>
        <w:sz w:val="16"/>
        <w:lang w:val="es-CO"/>
      </w:rPr>
      <w:t>Formato de Informe Final – Convocatoria de Estímulos 2026 | IPCC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759B73" w14:textId="77777777" w:rsidR="006D35C3" w:rsidRDefault="006D35C3">
      <w:pPr>
        <w:spacing w:after="0" w:line="240" w:lineRule="auto"/>
      </w:pPr>
      <w:r>
        <w:separator/>
      </w:r>
    </w:p>
  </w:footnote>
  <w:footnote w:type="continuationSeparator" w:id="0">
    <w:p w14:paraId="155177EA" w14:textId="77777777" w:rsidR="006D35C3" w:rsidRDefault="006D35C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62400579">
    <w:abstractNumId w:val="8"/>
  </w:num>
  <w:num w:numId="2" w16cid:durableId="919606839">
    <w:abstractNumId w:val="6"/>
  </w:num>
  <w:num w:numId="3" w16cid:durableId="455952823">
    <w:abstractNumId w:val="5"/>
  </w:num>
  <w:num w:numId="4" w16cid:durableId="684790139">
    <w:abstractNumId w:val="4"/>
  </w:num>
  <w:num w:numId="5" w16cid:durableId="770469090">
    <w:abstractNumId w:val="7"/>
  </w:num>
  <w:num w:numId="6" w16cid:durableId="68966259">
    <w:abstractNumId w:val="3"/>
  </w:num>
  <w:num w:numId="7" w16cid:durableId="1358510109">
    <w:abstractNumId w:val="2"/>
  </w:num>
  <w:num w:numId="8" w16cid:durableId="668101337">
    <w:abstractNumId w:val="1"/>
  </w:num>
  <w:num w:numId="9" w16cid:durableId="12881230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44620"/>
    <w:rsid w:val="0006063C"/>
    <w:rsid w:val="000705BE"/>
    <w:rsid w:val="001131AF"/>
    <w:rsid w:val="0015074B"/>
    <w:rsid w:val="001B4046"/>
    <w:rsid w:val="0029639D"/>
    <w:rsid w:val="00326F90"/>
    <w:rsid w:val="006A5CF0"/>
    <w:rsid w:val="006D35C3"/>
    <w:rsid w:val="00863B0E"/>
    <w:rsid w:val="00A65C84"/>
    <w:rsid w:val="00AA1D8D"/>
    <w:rsid w:val="00B47730"/>
    <w:rsid w:val="00CB0664"/>
    <w:rsid w:val="00CC663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147B010B-83EB-4F49-A578-6F47DCCF8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/>
    </w:pPr>
    <w:rPr>
      <w:rFonts w:ascii="Aptos" w:hAnsi="Aptos"/>
      <w:sz w:val="19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3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6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6</Pages>
  <Words>1478</Words>
  <Characters>8129</Characters>
  <Application>Microsoft Office Word</Application>
  <DocSecurity>0</DocSecurity>
  <Lines>67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9588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mabel</cp:lastModifiedBy>
  <cp:revision>5</cp:revision>
  <dcterms:created xsi:type="dcterms:W3CDTF">2013-12-23T23:15:00Z</dcterms:created>
  <dcterms:modified xsi:type="dcterms:W3CDTF">2026-09-23T14:52:00Z</dcterms:modified>
  <cp:category/>
</cp:coreProperties>
</file>